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4C1" w:rsidRDefault="005544C1">
      <w:pPr>
        <w:autoSpaceDE w:val="0"/>
        <w:autoSpaceDN w:val="0"/>
        <w:spacing w:after="78" w:line="220" w:lineRule="exact"/>
      </w:pPr>
    </w:p>
    <w:p w:rsidR="00245699" w:rsidRPr="00245699" w:rsidRDefault="00245699" w:rsidP="0024569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245699" w:rsidRPr="00245699" w:rsidRDefault="00245699" w:rsidP="00245699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                           АДМИНИСТРАЦИЯ ЦИМЛЯНСКОГО РАЙОНА РОСТОВСКОЙ ОБЛАСТИ</w:t>
      </w:r>
    </w:p>
    <w:p w:rsidR="00245699" w:rsidRPr="00245699" w:rsidRDefault="00245699" w:rsidP="0024569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Муниципальное бюджетное общеобразовательное учреждение</w:t>
      </w:r>
    </w:p>
    <w:p w:rsidR="00245699" w:rsidRPr="00245699" w:rsidRDefault="00245699" w:rsidP="00245699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proofErr w:type="spellStart"/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>Паршиковская</w:t>
      </w:r>
      <w:proofErr w:type="spellEnd"/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средняя общеобразовательная школа</w:t>
      </w:r>
    </w:p>
    <w:p w:rsidR="00245699" w:rsidRPr="00245699" w:rsidRDefault="00245699" w:rsidP="00245699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>Цимлянского района Ростовской области</w:t>
      </w:r>
    </w:p>
    <w:p w:rsidR="00245699" w:rsidRPr="00245699" w:rsidRDefault="00245699" w:rsidP="00245699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>ул</w:t>
      </w:r>
      <w:proofErr w:type="gramStart"/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>.М</w:t>
      </w:r>
      <w:proofErr w:type="gramEnd"/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ира – 2, х.Паршиков, 347301 , тел. 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>(</w:t>
      </w:r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>863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91)44-2-43, 44-1-03,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de-DE"/>
        </w:rPr>
        <w:t>E-mail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: </w:t>
      </w:r>
      <w:hyperlink r:id="rId7" w:history="1">
        <w:r>
          <w:rPr>
            <w:rStyle w:val="affa"/>
            <w:rFonts w:ascii="Times New Roman" w:eastAsia="Times New Roman" w:hAnsi="Times New Roman" w:cs="Times New Roman"/>
            <w:sz w:val="20"/>
            <w:szCs w:val="20"/>
            <w:lang w:val="de-DE"/>
          </w:rPr>
          <w:t>cimparsh</w:t>
        </w:r>
        <w:r w:rsidRPr="00245699">
          <w:rPr>
            <w:rStyle w:val="affa"/>
            <w:rFonts w:ascii="Times New Roman" w:eastAsia="Times New Roman" w:hAnsi="Times New Roman" w:cs="Times New Roman"/>
            <w:sz w:val="20"/>
            <w:szCs w:val="20"/>
            <w:lang w:val="ru-RU"/>
          </w:rPr>
          <w:t>3</w:t>
        </w:r>
        <w:r>
          <w:rPr>
            <w:rStyle w:val="affa"/>
            <w:rFonts w:ascii="Times New Roman" w:eastAsia="Times New Roman" w:hAnsi="Times New Roman" w:cs="Times New Roman"/>
            <w:sz w:val="20"/>
            <w:szCs w:val="20"/>
            <w:lang w:val="de-DE"/>
          </w:rPr>
          <w:t>@mail.ru</w:t>
        </w:r>
      </w:hyperlink>
    </w:p>
    <w:p w:rsidR="005B47F6" w:rsidRPr="00245699" w:rsidRDefault="00245699" w:rsidP="00245699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ОГРН 1026101719104, ИНН 6137005987, КПП 613701001, БИК 046015001</w:t>
      </w:r>
    </w:p>
    <w:p w:rsidR="00245699" w:rsidRPr="00EA79CA" w:rsidRDefault="00245699" w:rsidP="00245699">
      <w:pPr>
        <w:tabs>
          <w:tab w:val="left" w:pos="4215"/>
        </w:tabs>
        <w:spacing w:after="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45699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</w:t>
      </w:r>
      <w:r w:rsidR="005B47F6" w:rsidRPr="00EA79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МБОУ  </w:t>
      </w:r>
      <w:proofErr w:type="spellStart"/>
      <w:r w:rsidR="005B47F6" w:rsidRPr="00EA79CA">
        <w:rPr>
          <w:rFonts w:ascii="Times New Roman" w:eastAsia="Times New Roman" w:hAnsi="Times New Roman" w:cs="Times New Roman"/>
          <w:sz w:val="20"/>
          <w:szCs w:val="20"/>
          <w:lang w:val="ru-RU"/>
        </w:rPr>
        <w:t>Паршиковская</w:t>
      </w:r>
      <w:proofErr w:type="spellEnd"/>
      <w:r w:rsidR="005B47F6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EA79CA">
        <w:rPr>
          <w:rFonts w:ascii="Times New Roman" w:eastAsia="Times New Roman" w:hAnsi="Times New Roman" w:cs="Times New Roman"/>
          <w:sz w:val="20"/>
          <w:szCs w:val="20"/>
          <w:lang w:val="ru-RU"/>
        </w:rPr>
        <w:t>СОШ</w:t>
      </w:r>
    </w:p>
    <w:p w:rsidR="00245699" w:rsidRPr="00EA79CA" w:rsidRDefault="00245699" w:rsidP="0024569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245699" w:rsidRPr="00EA79CA" w:rsidRDefault="00245699" w:rsidP="00245699">
      <w:pPr>
        <w:jc w:val="both"/>
        <w:rPr>
          <w:rFonts w:ascii="Calibri" w:eastAsia="Calibri" w:hAnsi="Calibri" w:cs="Calibri"/>
          <w:b/>
          <w:color w:val="333333"/>
          <w:sz w:val="20"/>
          <w:szCs w:val="20"/>
          <w:lang w:val="ru-RU"/>
        </w:rPr>
      </w:pPr>
    </w:p>
    <w:tbl>
      <w:tblPr>
        <w:tblpPr w:leftFromText="180" w:rightFromText="180" w:bottomFromText="200" w:vertAnchor="page" w:horzAnchor="margin" w:tblpXSpec="right" w:tblpY="3525"/>
        <w:tblW w:w="1642" w:type="pct"/>
        <w:tblLook w:val="01E0" w:firstRow="1" w:lastRow="1" w:firstColumn="1" w:lastColumn="1" w:noHBand="0" w:noVBand="0"/>
      </w:tblPr>
      <w:tblGrid>
        <w:gridCol w:w="3347"/>
      </w:tblGrid>
      <w:tr w:rsidR="00245699" w:rsidRPr="00E55748" w:rsidTr="00E55748">
        <w:trPr>
          <w:trHeight w:val="2781"/>
        </w:trPr>
        <w:tc>
          <w:tcPr>
            <w:tcW w:w="5000" w:type="pct"/>
            <w:hideMark/>
          </w:tcPr>
          <w:p w:rsidR="00E55748" w:rsidRPr="00E55748" w:rsidRDefault="00245699" w:rsidP="00EE78F4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557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245699" w:rsidRPr="00E55748" w:rsidRDefault="00245699" w:rsidP="00E55748">
            <w:pPr>
              <w:tabs>
                <w:tab w:val="left" w:pos="9288"/>
              </w:tabs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E557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«Утверждаю»  </w:t>
            </w:r>
          </w:p>
          <w:p w:rsidR="00245699" w:rsidRPr="00E55748" w:rsidRDefault="00245699" w:rsidP="00E55748">
            <w:pPr>
              <w:tabs>
                <w:tab w:val="left" w:pos="9288"/>
              </w:tabs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557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_________________________</w:t>
            </w:r>
          </w:p>
          <w:p w:rsidR="00144E59" w:rsidRPr="00E55748" w:rsidRDefault="00144E59" w:rsidP="00144E59">
            <w:pPr>
              <w:tabs>
                <w:tab w:val="left" w:pos="9288"/>
              </w:tabs>
              <w:spacing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ru-RU"/>
              </w:rPr>
            </w:pPr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Директор МБОУ </w:t>
            </w:r>
            <w:proofErr w:type="spellStart"/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Паршиковской</w:t>
            </w:r>
            <w:proofErr w:type="spellEnd"/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СОШ</w:t>
            </w:r>
          </w:p>
          <w:p w:rsidR="00245699" w:rsidRPr="00E55748" w:rsidRDefault="00B31F49" w:rsidP="00E55748">
            <w:pPr>
              <w:tabs>
                <w:tab w:val="left" w:pos="9288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Файдулин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А.К.</w:t>
            </w:r>
          </w:p>
          <w:p w:rsidR="00E55748" w:rsidRPr="00E55748" w:rsidRDefault="00E55748" w:rsidP="00E55748">
            <w:pPr>
              <w:tabs>
                <w:tab w:val="left" w:pos="9288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Приказ № </w:t>
            </w:r>
            <w:r w:rsidR="00EB221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93</w:t>
            </w:r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 </w:t>
            </w:r>
            <w:r w:rsidR="00EA79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</w:t>
            </w:r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08.202</w:t>
            </w:r>
            <w:r w:rsidR="00EA79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E557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г. </w:t>
            </w:r>
          </w:p>
          <w:p w:rsidR="00E55748" w:rsidRPr="00E55748" w:rsidRDefault="00E55748" w:rsidP="00EE78F4">
            <w:pPr>
              <w:tabs>
                <w:tab w:val="left" w:pos="9288"/>
              </w:tabs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</w:tr>
    </w:tbl>
    <w:p w:rsidR="00245699" w:rsidRPr="00AB0438" w:rsidRDefault="00245699" w:rsidP="00245699">
      <w:pPr>
        <w:jc w:val="center"/>
        <w:rPr>
          <w:rFonts w:ascii="Calibri" w:eastAsia="Calibri" w:hAnsi="Calibri" w:cs="Calibri"/>
          <w:b/>
          <w:bCs/>
          <w:sz w:val="40"/>
          <w:lang w:val="ru-RU"/>
        </w:rPr>
      </w:pPr>
    </w:p>
    <w:p w:rsidR="00245699" w:rsidRPr="00AB0438" w:rsidRDefault="00245699" w:rsidP="00245699">
      <w:pPr>
        <w:jc w:val="center"/>
        <w:rPr>
          <w:rFonts w:eastAsiaTheme="minorHAnsi"/>
          <w:b/>
          <w:sz w:val="36"/>
          <w:szCs w:val="36"/>
          <w:lang w:val="ru-RU"/>
        </w:rPr>
      </w:pPr>
    </w:p>
    <w:p w:rsidR="00245699" w:rsidRPr="00AB0438" w:rsidRDefault="00245699" w:rsidP="00245699">
      <w:pPr>
        <w:jc w:val="center"/>
        <w:rPr>
          <w:b/>
          <w:sz w:val="36"/>
          <w:szCs w:val="36"/>
          <w:lang w:val="ru-RU"/>
        </w:rPr>
      </w:pPr>
    </w:p>
    <w:p w:rsidR="00245699" w:rsidRPr="00AB0438" w:rsidRDefault="00245699" w:rsidP="00245699">
      <w:pPr>
        <w:jc w:val="center"/>
        <w:rPr>
          <w:b/>
          <w:sz w:val="36"/>
          <w:szCs w:val="36"/>
          <w:lang w:val="ru-RU"/>
        </w:rPr>
      </w:pPr>
    </w:p>
    <w:p w:rsidR="00245699" w:rsidRPr="00AB0438" w:rsidRDefault="00245699" w:rsidP="00245699">
      <w:pPr>
        <w:jc w:val="center"/>
        <w:rPr>
          <w:b/>
          <w:sz w:val="36"/>
          <w:szCs w:val="36"/>
          <w:lang w:val="ru-RU"/>
        </w:rPr>
      </w:pPr>
    </w:p>
    <w:p w:rsidR="00245699" w:rsidRPr="00245699" w:rsidRDefault="00E55748" w:rsidP="0024569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245699" w:rsidRPr="002456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РАБОЧАЯ ПРОГРАММА </w:t>
      </w:r>
    </w:p>
    <w:p w:rsidR="00245699" w:rsidRPr="00245699" w:rsidRDefault="00245699" w:rsidP="0024569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5699" w:rsidRPr="00245699" w:rsidRDefault="009D1C34" w:rsidP="0024569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"Литература - национальное достояние"</w:t>
      </w:r>
    </w:p>
    <w:p w:rsidR="00245699" w:rsidRPr="00245699" w:rsidRDefault="00245699" w:rsidP="00245699">
      <w:pPr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45699">
        <w:rPr>
          <w:rFonts w:ascii="Times New Roman" w:hAnsi="Times New Roman" w:cs="Times New Roman"/>
          <w:bCs/>
          <w:sz w:val="24"/>
          <w:szCs w:val="24"/>
          <w:lang w:val="ru-RU"/>
        </w:rPr>
        <w:t>(указать учебный предмет, курс)</w:t>
      </w:r>
    </w:p>
    <w:p w:rsidR="00F426B5" w:rsidRDefault="00F426B5" w:rsidP="00245699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</w:t>
      </w:r>
      <w:proofErr w:type="gramStart"/>
      <w:r w:rsidR="00245699" w:rsidRPr="00245699">
        <w:rPr>
          <w:rFonts w:ascii="Times New Roman" w:hAnsi="Times New Roman" w:cs="Times New Roman"/>
          <w:bCs/>
          <w:sz w:val="24"/>
          <w:szCs w:val="24"/>
          <w:lang w:val="ru-RU"/>
        </w:rPr>
        <w:t>Уровень общего образования (</w:t>
      </w:r>
      <w:proofErr w:type="spellStart"/>
      <w:r w:rsidR="00245699" w:rsidRPr="00245699">
        <w:rPr>
          <w:rFonts w:ascii="Times New Roman" w:hAnsi="Times New Roman" w:cs="Times New Roman"/>
          <w:bCs/>
          <w:sz w:val="24"/>
          <w:szCs w:val="24"/>
          <w:lang w:val="ru-RU"/>
        </w:rPr>
        <w:t>кл</w:t>
      </w:r>
      <w:proofErr w:type="spellEnd"/>
      <w:proofErr w:type="gramEnd"/>
    </w:p>
    <w:p w:rsidR="00245699" w:rsidRPr="00F426B5" w:rsidRDefault="00F426B5" w:rsidP="00245699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основное   общее   образование,   </w:t>
      </w:r>
      <w:r w:rsidR="009D1C34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7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класс</w:t>
      </w:r>
    </w:p>
    <w:p w:rsidR="00245699" w:rsidRPr="00245699" w:rsidRDefault="00245699" w:rsidP="00245699">
      <w:pPr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45699">
        <w:rPr>
          <w:rFonts w:ascii="Times New Roman" w:hAnsi="Times New Roman" w:cs="Times New Roman"/>
          <w:bCs/>
          <w:sz w:val="24"/>
          <w:szCs w:val="24"/>
          <w:lang w:val="ru-RU"/>
        </w:rPr>
        <w:t>(начальное общее, основное общее, среднее общее образование с указанием класса)</w:t>
      </w:r>
    </w:p>
    <w:p w:rsidR="00245699" w:rsidRPr="00245699" w:rsidRDefault="00F426B5" w:rsidP="00245699">
      <w:pPr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</w:t>
      </w:r>
      <w:r w:rsidR="00245699" w:rsidRPr="00245699">
        <w:rPr>
          <w:rFonts w:ascii="Times New Roman" w:hAnsi="Times New Roman" w:cs="Times New Roman"/>
          <w:bCs/>
          <w:sz w:val="24"/>
          <w:szCs w:val="24"/>
          <w:lang w:val="ru-RU"/>
        </w:rPr>
        <w:t>Количество часов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3</w:t>
      </w:r>
      <w:r w:rsidR="00EB221A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4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часа</w:t>
      </w:r>
      <w:r w:rsidR="00245699" w:rsidRPr="00245699">
        <w:rPr>
          <w:rFonts w:ascii="Times New Roman" w:hAnsi="Times New Roman" w:cs="Times New Roman"/>
          <w:bCs/>
          <w:sz w:val="28"/>
          <w:szCs w:val="28"/>
          <w:u w:val="single"/>
          <w:lang w:val="ru-RU"/>
        </w:rPr>
        <w:t xml:space="preserve">       </w:t>
      </w:r>
      <w:r w:rsidR="00245699" w:rsidRPr="00245699"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  <w:t>Уровень</w:t>
      </w:r>
      <w:r w:rsidR="00245699" w:rsidRPr="0024569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  базовый</w:t>
      </w:r>
    </w:p>
    <w:p w:rsidR="00245699" w:rsidRPr="00245699" w:rsidRDefault="00245699" w:rsidP="00245699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245699" w:rsidRPr="00245699" w:rsidRDefault="00F426B5" w:rsidP="0024569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</w:t>
      </w:r>
      <w:r w:rsidR="00245699" w:rsidRPr="00245699">
        <w:rPr>
          <w:rFonts w:ascii="Times New Roman" w:hAnsi="Times New Roman" w:cs="Times New Roman"/>
          <w:bCs/>
          <w:sz w:val="24"/>
          <w:szCs w:val="24"/>
          <w:lang w:val="ru-RU"/>
        </w:rPr>
        <w:t>Учитель</w:t>
      </w:r>
      <w:r w:rsidR="00245699" w:rsidRPr="0024569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</w:t>
      </w:r>
      <w:r w:rsidR="00AB0438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Шарапова Ирина Анатольевна</w:t>
      </w:r>
    </w:p>
    <w:p w:rsidR="00245699" w:rsidRPr="00245699" w:rsidRDefault="00245699" w:rsidP="0024569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4569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</w:t>
      </w:r>
      <w:r w:rsidR="00F426B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</w:t>
      </w:r>
      <w:r w:rsidRPr="0024569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ФИО</w:t>
      </w:r>
    </w:p>
    <w:p w:rsidR="00245699" w:rsidRPr="00245699" w:rsidRDefault="00245699" w:rsidP="0024569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E55748" w:rsidRDefault="00245699" w:rsidP="0024569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4569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                           </w:t>
      </w:r>
    </w:p>
    <w:p w:rsidR="00E55748" w:rsidRDefault="00E55748" w:rsidP="0024569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E55748" w:rsidRDefault="00E55748" w:rsidP="0024569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245699" w:rsidRPr="00245699" w:rsidRDefault="00245699" w:rsidP="0024569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4569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</w:t>
      </w:r>
    </w:p>
    <w:p w:rsidR="00245699" w:rsidRPr="00E55748" w:rsidRDefault="00661F0F" w:rsidP="00E557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аршиков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2026г.</w:t>
      </w:r>
    </w:p>
    <w:p w:rsidR="00245699" w:rsidRPr="00245699" w:rsidRDefault="00245699" w:rsidP="0024569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lang w:val="ru-RU"/>
        </w:rPr>
      </w:pPr>
    </w:p>
    <w:p w:rsidR="006007A5" w:rsidRPr="006007A5" w:rsidRDefault="006007A5" w:rsidP="006007A5">
      <w:pPr>
        <w:suppressAutoHyphens/>
        <w:jc w:val="center"/>
        <w:rPr>
          <w:b/>
          <w:sz w:val="28"/>
          <w:szCs w:val="28"/>
          <w:lang w:val="ru-RU"/>
        </w:rPr>
      </w:pPr>
      <w:r w:rsidRPr="006007A5">
        <w:rPr>
          <w:b/>
          <w:sz w:val="28"/>
          <w:szCs w:val="28"/>
          <w:lang w:val="ru-RU"/>
        </w:rPr>
        <w:lastRenderedPageBreak/>
        <w:t>Пояснительная записка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6007A5">
        <w:rPr>
          <w:sz w:val="28"/>
          <w:szCs w:val="28"/>
          <w:shd w:val="clear" w:color="auto" w:fill="FFFFFF"/>
          <w:lang w:val="ru-RU"/>
        </w:rPr>
        <w:t xml:space="preserve">Программа </w:t>
      </w:r>
      <w:r>
        <w:rPr>
          <w:sz w:val="28"/>
          <w:szCs w:val="28"/>
          <w:shd w:val="clear" w:color="auto" w:fill="FFFFFF"/>
          <w:lang w:val="ru-RU"/>
        </w:rPr>
        <w:t>учебного курса</w:t>
      </w:r>
      <w:r w:rsidRPr="006007A5">
        <w:rPr>
          <w:sz w:val="28"/>
          <w:szCs w:val="28"/>
          <w:shd w:val="clear" w:color="auto" w:fill="FFFFFF"/>
          <w:lang w:val="ru-RU"/>
        </w:rPr>
        <w:t xml:space="preserve"> «Литература – национальное достояние» разработана в соответствии с требованиями Федерального государственного стандарта основного общего образования и рассчитана для учащихся 7 класса в количестве часов - 3</w:t>
      </w:r>
      <w:r w:rsidR="00EB221A">
        <w:rPr>
          <w:sz w:val="28"/>
          <w:szCs w:val="28"/>
          <w:shd w:val="clear" w:color="auto" w:fill="FFFFFF"/>
          <w:lang w:val="ru-RU"/>
        </w:rPr>
        <w:t>4</w:t>
      </w:r>
      <w:r w:rsidRPr="006007A5">
        <w:rPr>
          <w:sz w:val="28"/>
          <w:szCs w:val="28"/>
          <w:shd w:val="clear" w:color="auto" w:fill="FFFFFF"/>
          <w:lang w:val="ru-RU"/>
        </w:rPr>
        <w:t xml:space="preserve"> (1 час в неделю). </w:t>
      </w:r>
    </w:p>
    <w:p w:rsidR="006007A5" w:rsidRPr="006007A5" w:rsidRDefault="006007A5" w:rsidP="006007A5">
      <w:pPr>
        <w:ind w:firstLine="567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Литература как искусство словесного образа — особый способ познания жизни, художественная модель мира, обладающая такими важными отличиями от собственно научной картины бытия, как высокая степень эмоционального воздействия, метафоричность, многозначность, ассоциативность, незавершенность, предполагающие активное сотворчество воспринимающего.</w:t>
      </w:r>
    </w:p>
    <w:p w:rsidR="006007A5" w:rsidRPr="006007A5" w:rsidRDefault="006007A5" w:rsidP="006007A5">
      <w:pPr>
        <w:ind w:firstLine="708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Литература как один из ведущих гуманитарных учебных предметов в российской школе содействует формированию разносторонне развитой, гармоничной личности, воспитанию гражданина, патриота. Приобщение к гуманистическим ценностям культуры и развитие творческих способностей — необходимое условие становления человека, эмоционально богатого и интеллектуально развитого, способного конструктивно и вместе с тем критически относиться к себе и к окружающему миру. </w:t>
      </w:r>
    </w:p>
    <w:p w:rsidR="006007A5" w:rsidRPr="006007A5" w:rsidRDefault="006007A5" w:rsidP="006007A5">
      <w:pPr>
        <w:ind w:firstLine="708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Общение школьника с произведениями искусства слова на уроках литературы необходимо как опыт коммуникации, диалог с писателями (русскими и зарубежными, нашими современниками, представителями  другой эпохи). Это приобщение к общечеловеческим ценностям бытия, а также к духовному опыту русского народа, нашедшему отражение в фольклоре и русской классической литературе как художественном явлении, вписанном в историю мировой культуры и обладающем  национальной самобытностью. Знакомство с произведениями словесного искусства народа нашей страны расширяет представления учащихся о богатстве и многообразии художественной культуры, духовного и нравственного потенциала  России.</w:t>
      </w:r>
    </w:p>
    <w:p w:rsidR="006007A5" w:rsidRPr="006007A5" w:rsidRDefault="006007A5" w:rsidP="006007A5">
      <w:pPr>
        <w:ind w:firstLine="708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Курс литературы в 5—8 классах строится на основе сочетания концентрического, историко-хронологического и проблемно-тематического принципов, также в нём учитываются основные идеи и положения Программы развития и формирования универсальных учебных действий для общего образования, преемственность с примерными программами для начального общего образования.</w:t>
      </w:r>
    </w:p>
    <w:p w:rsidR="006007A5" w:rsidRPr="006007A5" w:rsidRDefault="006007A5" w:rsidP="006007A5">
      <w:pPr>
        <w:ind w:firstLine="708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Примерная программа является ориентиром для составления рабочих программ: она определяет инвариантную (обязательную) часть учебного </w:t>
      </w:r>
      <w:r w:rsidRPr="006007A5">
        <w:rPr>
          <w:sz w:val="28"/>
          <w:szCs w:val="28"/>
          <w:lang w:val="ru-RU"/>
        </w:rPr>
        <w:lastRenderedPageBreak/>
        <w:t>курса, за пределами которого остается возможность авторского выбора вариативной составляющей содержания образования.</w:t>
      </w:r>
    </w:p>
    <w:p w:rsidR="006007A5" w:rsidRPr="006007A5" w:rsidRDefault="006007A5" w:rsidP="006007A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6007A5">
        <w:rPr>
          <w:sz w:val="28"/>
          <w:szCs w:val="28"/>
          <w:u w:val="single"/>
          <w:shd w:val="clear" w:color="auto" w:fill="FFFFFF"/>
          <w:lang w:val="ru-RU"/>
        </w:rPr>
        <w:t>Актуальность программы</w:t>
      </w:r>
      <w:r w:rsidRPr="006007A5">
        <w:rPr>
          <w:sz w:val="28"/>
          <w:szCs w:val="28"/>
          <w:shd w:val="clear" w:color="auto" w:fill="FFFFFF"/>
          <w:lang w:val="ru-RU"/>
        </w:rPr>
        <w:t xml:space="preserve"> обусловлена её практической значимостью.</w:t>
      </w:r>
      <w:r>
        <w:rPr>
          <w:sz w:val="28"/>
          <w:szCs w:val="28"/>
          <w:shd w:val="clear" w:color="auto" w:fill="FFFFFF"/>
          <w:lang w:val="ru-RU"/>
        </w:rPr>
        <w:t xml:space="preserve"> </w:t>
      </w:r>
      <w:r w:rsidRPr="006007A5">
        <w:rPr>
          <w:color w:val="000000"/>
          <w:sz w:val="28"/>
          <w:szCs w:val="28"/>
          <w:lang w:val="ru-RU"/>
        </w:rPr>
        <w:t>Проблема чтения, формирования читателя, его духовного мира продолжает быть актуальной научной проблемой, поэтому предпочтение отдается приемам работы, обеспечивающим целостность восприятия художественного текста, его глубокую интерпретацию, понимание поэтики писателя.</w:t>
      </w:r>
    </w:p>
    <w:p w:rsidR="006007A5" w:rsidRPr="006007A5" w:rsidRDefault="006007A5" w:rsidP="006007A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6007A5">
        <w:rPr>
          <w:color w:val="000000"/>
          <w:sz w:val="28"/>
          <w:szCs w:val="28"/>
          <w:lang w:val="ru-RU"/>
        </w:rPr>
        <w:t xml:space="preserve">На сегодняшний день школа сталкивается с ситуацией потери мотивации к чтению у </w:t>
      </w:r>
      <w:proofErr w:type="gramStart"/>
      <w:r w:rsidRPr="006007A5">
        <w:rPr>
          <w:color w:val="000000"/>
          <w:sz w:val="28"/>
          <w:szCs w:val="28"/>
          <w:lang w:val="ru-RU"/>
        </w:rPr>
        <w:t>обучающихся</w:t>
      </w:r>
      <w:proofErr w:type="gramEnd"/>
      <w:r w:rsidRPr="006007A5">
        <w:rPr>
          <w:color w:val="000000"/>
          <w:sz w:val="28"/>
          <w:szCs w:val="28"/>
          <w:lang w:val="ru-RU"/>
        </w:rPr>
        <w:t xml:space="preserve">, со снижением эффективности освоения базового курса по литературе. Методы и приёмы, направленные на решение этой проблемы, не могут быть успешно реализованы только во время основных занятий по литературе, таким </w:t>
      </w:r>
      <w:proofErr w:type="gramStart"/>
      <w:r w:rsidRPr="006007A5">
        <w:rPr>
          <w:color w:val="000000"/>
          <w:sz w:val="28"/>
          <w:szCs w:val="28"/>
          <w:lang w:val="ru-RU"/>
        </w:rPr>
        <w:t>образом</w:t>
      </w:r>
      <w:proofErr w:type="gramEnd"/>
      <w:r w:rsidRPr="006007A5">
        <w:rPr>
          <w:color w:val="000000"/>
          <w:sz w:val="28"/>
          <w:szCs w:val="28"/>
          <w:lang w:val="ru-RU"/>
        </w:rPr>
        <w:t xml:space="preserve"> возникает необходимость в факультативных, внеурочных занятиях по литературе, с целью преодоления возникающих проблем и трудностей.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6007A5">
        <w:rPr>
          <w:sz w:val="28"/>
          <w:szCs w:val="28"/>
          <w:shd w:val="clear" w:color="auto" w:fill="FFFFFF"/>
          <w:lang w:val="ru-RU"/>
        </w:rPr>
        <w:t>Внеурочная деятельность является составной частью учебно-воспитательного</w:t>
      </w:r>
      <w:r w:rsidR="004706F5">
        <w:rPr>
          <w:sz w:val="28"/>
          <w:szCs w:val="28"/>
          <w:shd w:val="clear" w:color="auto" w:fill="FFFFFF"/>
          <w:lang w:val="ru-RU"/>
        </w:rPr>
        <w:t xml:space="preserve"> </w:t>
      </w:r>
      <w:r w:rsidRPr="006007A5">
        <w:rPr>
          <w:sz w:val="28"/>
          <w:szCs w:val="28"/>
          <w:shd w:val="clear" w:color="auto" w:fill="FFFFFF"/>
          <w:lang w:val="ru-RU"/>
        </w:rPr>
        <w:t xml:space="preserve">процесса и одной из форм организации свободного времени учащихся. 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Отношение к художественному произведению в 7 классе становится личностным и субъективным. Сосредоточенность подростка на себе часто мешает ему видеть объективный смысл произведения. Авторская идея заслоняется его собственным личностным проблемами, где на первом плане</w:t>
      </w:r>
      <w:r>
        <w:rPr>
          <w:sz w:val="28"/>
          <w:szCs w:val="28"/>
          <w:lang w:val="ru-RU"/>
        </w:rPr>
        <w:t xml:space="preserve"> </w:t>
      </w:r>
      <w:r w:rsidRPr="006007A5">
        <w:rPr>
          <w:sz w:val="28"/>
          <w:szCs w:val="28"/>
          <w:lang w:val="ru-RU"/>
        </w:rPr>
        <w:t>оказываются нравственные категории. Стремительный рост творческого воображения в этом возрасте ведет к отдалению  от текста, произвольному его истолкованию.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Эффективность такого изучения во многом зависит от рациональной организации внеклассного чтения, индивидуализации учебных заданий и основательно разработанной системы самостоятельных письменных работ. Содержание программы </w:t>
      </w:r>
      <w:r>
        <w:rPr>
          <w:sz w:val="28"/>
          <w:szCs w:val="28"/>
          <w:lang w:val="ru-RU"/>
        </w:rPr>
        <w:t>"Литература - национальное достояние"</w:t>
      </w:r>
      <w:r w:rsidRPr="006007A5">
        <w:rPr>
          <w:sz w:val="28"/>
          <w:szCs w:val="28"/>
          <w:lang w:val="ru-RU"/>
        </w:rPr>
        <w:t xml:space="preserve"> ориентировано на сопровождение и поддержку основного курса литературы, обязательного для изучения во всех школах Российской Федерации, и направлено на достижение результатов освоения основной образовательной программы основного общего образования по литературе, заданных соответствующим федеральным государственным образовательным стандартом.</w:t>
      </w:r>
    </w:p>
    <w:p w:rsidR="006007A5" w:rsidRPr="006007A5" w:rsidRDefault="006007A5" w:rsidP="006007A5">
      <w:pPr>
        <w:ind w:firstLine="567"/>
        <w:jc w:val="both"/>
        <w:rPr>
          <w:b/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В курсе «Литература – национальное достояние» актуализируются следующие</w:t>
      </w:r>
      <w:r>
        <w:rPr>
          <w:sz w:val="28"/>
          <w:szCs w:val="28"/>
          <w:lang w:val="ru-RU"/>
        </w:rPr>
        <w:t xml:space="preserve"> </w:t>
      </w:r>
      <w:r w:rsidRPr="006007A5">
        <w:rPr>
          <w:b/>
          <w:sz w:val="28"/>
          <w:szCs w:val="28"/>
          <w:lang w:val="ru-RU"/>
        </w:rPr>
        <w:t>цели:</w:t>
      </w:r>
    </w:p>
    <w:p w:rsidR="006007A5" w:rsidRPr="006007A5" w:rsidRDefault="006007A5" w:rsidP="006007A5">
      <w:pPr>
        <w:pStyle w:val="af"/>
        <w:numPr>
          <w:ilvl w:val="0"/>
          <w:numId w:val="25"/>
        </w:numPr>
        <w:autoSpaceDE w:val="0"/>
        <w:autoSpaceDN w:val="0"/>
        <w:adjustRightInd w:val="0"/>
        <w:spacing w:after="36" w:line="240" w:lineRule="auto"/>
        <w:ind w:left="426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lastRenderedPageBreak/>
        <w:t>создание представлений о русской литературе как едином национальном достоянии;</w:t>
      </w:r>
    </w:p>
    <w:p w:rsidR="006007A5" w:rsidRPr="006007A5" w:rsidRDefault="006007A5" w:rsidP="006007A5">
      <w:pPr>
        <w:pStyle w:val="af"/>
        <w:numPr>
          <w:ilvl w:val="0"/>
          <w:numId w:val="25"/>
        </w:numPr>
        <w:shd w:val="clear" w:color="auto" w:fill="FFFFFF"/>
        <w:spacing w:after="150" w:line="240" w:lineRule="auto"/>
        <w:ind w:left="426"/>
        <w:jc w:val="both"/>
        <w:rPr>
          <w:color w:val="000000"/>
          <w:sz w:val="28"/>
          <w:szCs w:val="28"/>
          <w:lang w:val="ru-RU"/>
        </w:rPr>
      </w:pPr>
      <w:r w:rsidRPr="006007A5">
        <w:rPr>
          <w:color w:val="000000"/>
          <w:sz w:val="28"/>
          <w:szCs w:val="28"/>
          <w:lang w:val="ru-RU"/>
        </w:rPr>
        <w:t>приобщение к литературному наследию своего народа;</w:t>
      </w:r>
    </w:p>
    <w:p w:rsidR="006007A5" w:rsidRPr="006007A5" w:rsidRDefault="006007A5" w:rsidP="006007A5">
      <w:pPr>
        <w:pStyle w:val="af"/>
        <w:numPr>
          <w:ilvl w:val="0"/>
          <w:numId w:val="25"/>
        </w:numPr>
        <w:shd w:val="clear" w:color="auto" w:fill="FFFFFF"/>
        <w:spacing w:after="150" w:line="240" w:lineRule="auto"/>
        <w:ind w:left="426"/>
        <w:jc w:val="both"/>
        <w:rPr>
          <w:color w:val="000000"/>
          <w:sz w:val="28"/>
          <w:szCs w:val="28"/>
          <w:lang w:val="ru-RU"/>
        </w:rPr>
      </w:pPr>
      <w:r w:rsidRPr="006007A5">
        <w:rPr>
          <w:color w:val="000000"/>
          <w:sz w:val="28"/>
          <w:szCs w:val="28"/>
          <w:lang w:val="ru-RU"/>
        </w:rPr>
        <w:t>воспитание ценностного отношения к родному (русскому) языку и родной (русской) литературе как хранителю культуры, включение в культурно-языковое поле своего народа;</w:t>
      </w:r>
    </w:p>
    <w:p w:rsidR="006007A5" w:rsidRPr="006007A5" w:rsidRDefault="006007A5" w:rsidP="006007A5">
      <w:pPr>
        <w:pStyle w:val="af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color w:val="000000"/>
          <w:sz w:val="28"/>
          <w:szCs w:val="28"/>
          <w:lang w:val="ru-RU"/>
        </w:rPr>
      </w:pPr>
      <w:r w:rsidRPr="006007A5">
        <w:rPr>
          <w:color w:val="000000"/>
          <w:sz w:val="28"/>
          <w:szCs w:val="28"/>
          <w:lang w:val="ru-RU"/>
        </w:rPr>
        <w:t>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народа.</w:t>
      </w:r>
    </w:p>
    <w:p w:rsidR="006007A5" w:rsidRPr="00DB562E" w:rsidRDefault="006007A5" w:rsidP="006007A5">
      <w:pPr>
        <w:pStyle w:val="Default"/>
        <w:ind w:left="66" w:firstLine="360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Родная литература как культурный символ России, высшая форма существования российской духовности и языка в качестве школьного предмета посредством воздействия на эстетические чувства воспитывает в человеке патриотизм, чувства исторической памяти, принадлежности к культуре, народу и всему человечеству, </w:t>
      </w:r>
      <w:r w:rsidRPr="00DB562E">
        <w:rPr>
          <w:color w:val="auto"/>
          <w:sz w:val="28"/>
          <w:szCs w:val="28"/>
        </w:rPr>
        <w:t>помогает школьнику осмыслить непреходящую историко-культурную и нравственно-ценностную роль родной литературы.</w:t>
      </w: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Важнейшими </w:t>
      </w:r>
      <w:r w:rsidRPr="00DB562E">
        <w:rPr>
          <w:b/>
          <w:sz w:val="28"/>
          <w:szCs w:val="28"/>
        </w:rPr>
        <w:t>задачами</w:t>
      </w:r>
      <w:r>
        <w:rPr>
          <w:b/>
          <w:sz w:val="28"/>
          <w:szCs w:val="28"/>
        </w:rPr>
        <w:t xml:space="preserve"> </w:t>
      </w:r>
      <w:r w:rsidRPr="00DB562E">
        <w:rPr>
          <w:sz w:val="28"/>
          <w:szCs w:val="28"/>
        </w:rPr>
        <w:t>курса  являются:</w:t>
      </w:r>
    </w:p>
    <w:p w:rsidR="006007A5" w:rsidRPr="00DB562E" w:rsidRDefault="006007A5" w:rsidP="006007A5">
      <w:pPr>
        <w:pStyle w:val="Default"/>
        <w:numPr>
          <w:ilvl w:val="0"/>
          <w:numId w:val="26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формирование способности понимать и эстетически воспринимать произведения родной литературы; </w:t>
      </w:r>
    </w:p>
    <w:p w:rsidR="006007A5" w:rsidRPr="00DB562E" w:rsidRDefault="006007A5" w:rsidP="006007A5">
      <w:pPr>
        <w:pStyle w:val="Default"/>
        <w:numPr>
          <w:ilvl w:val="0"/>
          <w:numId w:val="26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обогащение духовного мира учащихся путем приобщения их к нравственным ценностям и художественному многообразию родной литературы, к отдельным ее произведениям, к произведениям писателей и поэтов; </w:t>
      </w:r>
    </w:p>
    <w:p w:rsidR="006007A5" w:rsidRPr="00DB562E" w:rsidRDefault="006007A5" w:rsidP="006007A5">
      <w:pPr>
        <w:pStyle w:val="Default"/>
        <w:numPr>
          <w:ilvl w:val="0"/>
          <w:numId w:val="26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приобщение к литературному наследию своего народа; </w:t>
      </w:r>
    </w:p>
    <w:p w:rsidR="006007A5" w:rsidRPr="00DB562E" w:rsidRDefault="006007A5" w:rsidP="006007A5">
      <w:pPr>
        <w:pStyle w:val="Default"/>
        <w:numPr>
          <w:ilvl w:val="0"/>
          <w:numId w:val="26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народа; </w:t>
      </w:r>
    </w:p>
    <w:p w:rsidR="006007A5" w:rsidRPr="00DB562E" w:rsidRDefault="006007A5" w:rsidP="006007A5">
      <w:pPr>
        <w:pStyle w:val="Default"/>
        <w:numPr>
          <w:ilvl w:val="0"/>
          <w:numId w:val="26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>формирование умения актуализировать в художественных текстах родной литературы личностно значимые образы, темы и проблемы, учитывать исторический, историко-культурный контекст и конте</w:t>
      </w:r>
      <w:proofErr w:type="gramStart"/>
      <w:r w:rsidRPr="00DB562E">
        <w:rPr>
          <w:sz w:val="28"/>
          <w:szCs w:val="28"/>
        </w:rPr>
        <w:t>кст тв</w:t>
      </w:r>
      <w:proofErr w:type="gramEnd"/>
      <w:r w:rsidRPr="00DB562E">
        <w:rPr>
          <w:sz w:val="28"/>
          <w:szCs w:val="28"/>
        </w:rPr>
        <w:t xml:space="preserve">орчества </w:t>
      </w:r>
    </w:p>
    <w:p w:rsidR="006007A5" w:rsidRPr="006007A5" w:rsidRDefault="006007A5" w:rsidP="006007A5">
      <w:pPr>
        <w:jc w:val="both"/>
        <w:rPr>
          <w:sz w:val="28"/>
          <w:szCs w:val="28"/>
          <w:lang w:val="ru-RU"/>
        </w:rPr>
      </w:pPr>
    </w:p>
    <w:p w:rsidR="006007A5" w:rsidRPr="006007A5" w:rsidRDefault="006007A5" w:rsidP="006007A5">
      <w:pPr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ХАРАКТЕРИСТИКА КУРСА</w:t>
      </w:r>
      <w:r>
        <w:rPr>
          <w:sz w:val="28"/>
          <w:szCs w:val="28"/>
          <w:lang w:val="ru-RU"/>
        </w:rPr>
        <w:t xml:space="preserve"> "Литература - национальное достояние"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Для углублённого изучения литературы в высокой степени актуальна общность процесса литературного образования во всех его организационных формах.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Образовательно-воспитательные цели факультативных занятий по литературе являются общими с целями изучения литературы на основных уроках.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Отличительным признаком факультативного изучения литературы является достаточно свободный выбор литературных произведений как предмета изучения, целенаправленное развитие литературных интересов и способностей учащихся на основе более глубокого, чем в основном курсе, толкования творчества тех или иных писателей и литературных процессов, усвоения дополнительных теоретических литературных знаний и развития устойчивых сложных умений, обеспечивающих адекватность, глубину </w:t>
      </w:r>
      <w:r w:rsidRPr="006007A5">
        <w:rPr>
          <w:sz w:val="28"/>
          <w:szCs w:val="28"/>
          <w:lang w:val="ru-RU"/>
        </w:rPr>
        <w:lastRenderedPageBreak/>
        <w:t>восприятия художественного текста, анализ и оценку литературн</w:t>
      </w:r>
      <w:proofErr w:type="gramStart"/>
      <w:r w:rsidRPr="006007A5">
        <w:rPr>
          <w:sz w:val="28"/>
          <w:szCs w:val="28"/>
          <w:lang w:val="ru-RU"/>
        </w:rPr>
        <w:t>о-</w:t>
      </w:r>
      <w:proofErr w:type="gramEnd"/>
      <w:r w:rsidRPr="006007A5">
        <w:rPr>
          <w:sz w:val="28"/>
          <w:szCs w:val="28"/>
          <w:lang w:val="ru-RU"/>
        </w:rPr>
        <w:t xml:space="preserve"> художественных фактов и явлений.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Основное предназначение </w:t>
      </w:r>
      <w:r>
        <w:rPr>
          <w:sz w:val="28"/>
          <w:szCs w:val="28"/>
          <w:lang w:val="ru-RU"/>
        </w:rPr>
        <w:t>данного курса</w:t>
      </w:r>
      <w:r w:rsidRPr="006007A5">
        <w:rPr>
          <w:sz w:val="28"/>
          <w:szCs w:val="28"/>
          <w:lang w:val="ru-RU"/>
        </w:rPr>
        <w:t xml:space="preserve"> – совершенствование результатов изучения литературы по основной базовой программе в школе, прямые и обратные связи урока и факультатива, перенос знаний и умений учащихся в новую ситуацию, закрепление и углубление ранее полученных знаний на новом материале.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Для изучения на занятиях</w:t>
      </w:r>
      <w:r>
        <w:rPr>
          <w:sz w:val="28"/>
          <w:szCs w:val="28"/>
          <w:lang w:val="ru-RU"/>
        </w:rPr>
        <w:t xml:space="preserve"> кура </w:t>
      </w:r>
      <w:r w:rsidRPr="006007A5">
        <w:rPr>
          <w:sz w:val="28"/>
          <w:szCs w:val="28"/>
          <w:lang w:val="ru-RU"/>
        </w:rPr>
        <w:t>избираются существенные для идейного и эстетического воспитания и развития учащихся темы, которые соотносятся с уровнем и возможностями читательского восприятия учащихся, а также с кругом вопросов и проблем, их интересующих.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6007A5">
        <w:rPr>
          <w:sz w:val="28"/>
          <w:szCs w:val="28"/>
          <w:shd w:val="clear" w:color="auto" w:fill="FFFFFF"/>
          <w:lang w:val="ru-RU"/>
        </w:rPr>
        <w:t>Программа направлена на развитие у учащихся творческих способностей, раскрытие их природных талантов, повышение общекультурного уровня, а также на развитие коммуникативных качеств и организацию досуга детей.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>занятиях</w:t>
      </w:r>
      <w:r w:rsidRPr="006007A5">
        <w:rPr>
          <w:sz w:val="28"/>
          <w:szCs w:val="28"/>
          <w:lang w:val="ru-RU"/>
        </w:rPr>
        <w:t xml:space="preserve"> активно используются элементы игр, соревнований, приёмы занимательности, викторины, конкурсы, выставки, создаётся более свободная</w:t>
      </w:r>
      <w:proofErr w:type="gramStart"/>
      <w:r w:rsidRPr="006007A5">
        <w:rPr>
          <w:sz w:val="28"/>
          <w:szCs w:val="28"/>
          <w:lang w:val="ru-RU"/>
        </w:rPr>
        <w:t xml:space="preserve"> ,</w:t>
      </w:r>
      <w:proofErr w:type="gramEnd"/>
      <w:r w:rsidRPr="006007A5">
        <w:rPr>
          <w:sz w:val="28"/>
          <w:szCs w:val="28"/>
          <w:lang w:val="ru-RU"/>
        </w:rPr>
        <w:t xml:space="preserve"> по сравнению с уроками, обстановка занятий в классе.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6007A5">
        <w:rPr>
          <w:sz w:val="28"/>
          <w:szCs w:val="28"/>
          <w:lang w:val="ru-RU"/>
        </w:rPr>
        <w:t>Игровая форма занятий является немаловажным фактором в поддержании интереса учащихся к литературе, способствует развитию у учащихся эстетического вкуса.</w:t>
      </w:r>
    </w:p>
    <w:p w:rsidR="006007A5" w:rsidRPr="006007A5" w:rsidRDefault="006007A5" w:rsidP="006007A5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6007A5">
        <w:rPr>
          <w:sz w:val="28"/>
          <w:szCs w:val="28"/>
          <w:lang w:val="ru-RU"/>
        </w:rPr>
        <w:t>Для более эффективной реализации проекта предлагается использовать различные формы</w:t>
      </w:r>
      <w:r>
        <w:rPr>
          <w:sz w:val="28"/>
          <w:szCs w:val="28"/>
          <w:lang w:val="ru-RU"/>
        </w:rPr>
        <w:t xml:space="preserve"> </w:t>
      </w:r>
      <w:r w:rsidRPr="006007A5">
        <w:rPr>
          <w:sz w:val="28"/>
          <w:szCs w:val="28"/>
          <w:lang w:val="ru-RU"/>
        </w:rPr>
        <w:t xml:space="preserve">занятий. </w:t>
      </w:r>
    </w:p>
    <w:p w:rsidR="006007A5" w:rsidRDefault="006007A5" w:rsidP="006007A5">
      <w:pPr>
        <w:pStyle w:val="affb"/>
        <w:spacing w:after="0"/>
        <w:jc w:val="center"/>
        <w:rPr>
          <w:b/>
          <w:bCs/>
          <w:i/>
          <w:sz w:val="28"/>
          <w:szCs w:val="28"/>
        </w:rPr>
      </w:pPr>
      <w:r w:rsidRPr="009A0307">
        <w:rPr>
          <w:b/>
          <w:bCs/>
          <w:i/>
          <w:sz w:val="28"/>
          <w:szCs w:val="28"/>
        </w:rPr>
        <w:t>Формы проведения занятий:</w:t>
      </w:r>
    </w:p>
    <w:p w:rsidR="006007A5" w:rsidRPr="009A0307" w:rsidRDefault="006007A5" w:rsidP="006007A5">
      <w:pPr>
        <w:pStyle w:val="affb"/>
        <w:numPr>
          <w:ilvl w:val="0"/>
          <w:numId w:val="36"/>
        </w:numPr>
        <w:spacing w:before="0" w:beforeAutospacing="0" w:after="0" w:afterAutospacing="0"/>
        <w:rPr>
          <w:bCs/>
          <w:i/>
          <w:sz w:val="28"/>
          <w:szCs w:val="28"/>
        </w:rPr>
      </w:pPr>
      <w:r w:rsidRPr="009A0307">
        <w:rPr>
          <w:iCs/>
          <w:sz w:val="28"/>
          <w:szCs w:val="28"/>
        </w:rPr>
        <w:t>Выразительное чтение и анализ произведения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Чтение является одним из самых полезных видов работы на данном этапе обучения. Вдумчивое чтение (при изучении драматического произведения можно ввести чтение по лицам), передающее настроение героя и его чувства, владение интонацией текста помогают учащимся должным образом понять внутренний мир героев, соотнести их поступки со своим мироощущением.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Разнообразные формы чтения (выразительное чтение, чтение про себя, чтение наизусть, по ролям, инсценированное чтение) помогают учащимся глубже понять прочитанное, одновременно совершенствуя навыки чтения, обогащают устную речь семиклассников.</w:t>
      </w:r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Литературное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творчество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– это создание учащимися словесных, устных и письменных художественных произведений. При этом формируются речевые, читательские умения, активизируется речевая деятельность учащихся, </w:t>
      </w:r>
      <w:r w:rsidRPr="006007A5">
        <w:rPr>
          <w:sz w:val="28"/>
          <w:szCs w:val="28"/>
          <w:lang w:val="ru-RU"/>
        </w:rPr>
        <w:lastRenderedPageBreak/>
        <w:t>стимулируется развитие речевых умений. Основой для литературного творчества является изучаемое произведение или жанр, фольклорный или литературный. Целью является активизация литературно-творческой деятельности учащихся при работе с литературным произведением, достижение более точного понимания замысла автора, смысла отдельных образов и произведения в целом.</w:t>
      </w:r>
    </w:p>
    <w:p w:rsidR="006007A5" w:rsidRPr="009A0307" w:rsidRDefault="006007A5" w:rsidP="006007A5">
      <w:pPr>
        <w:pStyle w:val="af1"/>
        <w:spacing w:after="0"/>
        <w:ind w:firstLine="709"/>
        <w:jc w:val="both"/>
        <w:rPr>
          <w:sz w:val="28"/>
          <w:szCs w:val="28"/>
        </w:rPr>
      </w:pPr>
      <w:r w:rsidRPr="006007A5">
        <w:rPr>
          <w:sz w:val="28"/>
          <w:szCs w:val="28"/>
          <w:lang w:val="ru-RU"/>
        </w:rPr>
        <w:t xml:space="preserve">Метод реализуется при помощи таких приёмов, как сочинение-отзыв о прочитанном произведении, сочинение на тему изученного произведения, сочинение в заданном жанре. </w:t>
      </w:r>
      <w:proofErr w:type="spellStart"/>
      <w:proofErr w:type="gramStart"/>
      <w:r w:rsidRPr="009A0307">
        <w:rPr>
          <w:sz w:val="28"/>
          <w:szCs w:val="28"/>
        </w:rPr>
        <w:t>Для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выполнения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этих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видов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работ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предусмотрены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уроки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развития</w:t>
      </w:r>
      <w:proofErr w:type="spellEnd"/>
      <w:r w:rsidRPr="009A0307">
        <w:rPr>
          <w:sz w:val="28"/>
          <w:szCs w:val="28"/>
        </w:rPr>
        <w:t xml:space="preserve"> </w:t>
      </w:r>
      <w:proofErr w:type="spellStart"/>
      <w:r w:rsidRPr="009A0307">
        <w:rPr>
          <w:sz w:val="28"/>
          <w:szCs w:val="28"/>
        </w:rPr>
        <w:t>речи</w:t>
      </w:r>
      <w:proofErr w:type="spellEnd"/>
      <w:r w:rsidRPr="009A0307">
        <w:rPr>
          <w:sz w:val="28"/>
          <w:szCs w:val="28"/>
        </w:rPr>
        <w:t>.</w:t>
      </w:r>
      <w:proofErr w:type="gramEnd"/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Словесное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рисование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Учащиеся перечитывают отдельные фрагменты художественного произведения, нумеруя события, объединяют более мелкие действия </w:t>
      </w:r>
      <w:proofErr w:type="gramStart"/>
      <w:r w:rsidRPr="006007A5">
        <w:rPr>
          <w:sz w:val="28"/>
          <w:szCs w:val="28"/>
          <w:lang w:val="ru-RU"/>
        </w:rPr>
        <w:t>в</w:t>
      </w:r>
      <w:proofErr w:type="gramEnd"/>
      <w:r w:rsidRPr="006007A5">
        <w:rPr>
          <w:sz w:val="28"/>
          <w:szCs w:val="28"/>
          <w:lang w:val="ru-RU"/>
        </w:rPr>
        <w:t xml:space="preserve"> более крупные. Затем описывают образы или картины, которые возникают в сознании при чтении литературного произведения.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Этот приём направлен на развитие способностей к конкретизации словесных образов и воображения.</w:t>
      </w:r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Изучение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биографии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писателя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Знакомство с жизнью и творчеством писателя проводится с целью оживить облик писателя, вызвать интерес к его личности, к его взглядам, сомнениям, идеалам. Учитель обращает внимание учащихся на то, что личность писателя неотделима от его исторической эпохи, от тех исторических событий, участником которых он был.</w:t>
      </w:r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Просмотр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экранизаций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произведений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На уроке для просмотра используются наиболее яркие эпизоды, помогающие лучше понять изучаемое литературное произведение, учащиеся сопоставляют фрагменты экранизации и оригинальный текст. При этом сопоставлении проводится коллективное обсуждение изучаемого материала. Этот вид работы призван научить учащихся оценивать экранизацию с эстетической позиции, сравнивать трактовки режиссёров с авторским замыслом, осмысливать  роль планов, музыки, цвета.</w:t>
      </w:r>
    </w:p>
    <w:p w:rsidR="006007A5" w:rsidRPr="006007A5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  <w:lang w:val="ru-RU"/>
        </w:rPr>
      </w:pPr>
      <w:r w:rsidRPr="006007A5">
        <w:rPr>
          <w:iCs/>
          <w:sz w:val="28"/>
          <w:szCs w:val="28"/>
          <w:lang w:val="ru-RU"/>
        </w:rPr>
        <w:t>Работа с наглядными пособиями (иллюстрациями)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Из всех видов изобразительного искусства наиболее близка литературе графика, которая изображает действительность средствами рисунка. Условность средств живописи позволяет выразить впечатление от предметов при минимальной предметности самого изображения, что особенно ярко проявляется в художественной иллюстрации. Иллюстрация призвана освещать литературный текст, комментировать, истолковывать, пояснять его в зрительных образах. Именно эта особенность художественной иллюстрации представляет особую ценность на уроках изучения литературного произведения.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lastRenderedPageBreak/>
        <w:t>Художник-иллюстратор является помощником читателя: он переводит словесные образы писателя в образы рисунка, которые помогают объяснить литературный текст, подчёркивают какие-то стороны композиции и сюжета произведения, обращают внимание читающего на протекающее действие и на облик персонажей произведения.</w:t>
      </w:r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Сопоставление литературного произведения с иллюстрацией к нему является толчком для создания проблемной ситуации на занятии и подталкивает учащихся к анализу художественного текста для прояснения собственных впечатлений и представлений. Взаимодействие читательской деятельности со зрительской деятельностью в процессе сопоставительного анализа становится средством повышения качества восприятия художественного текста. </w:t>
      </w:r>
      <w:proofErr w:type="gramStart"/>
      <w:r w:rsidRPr="006007A5">
        <w:rPr>
          <w:sz w:val="28"/>
          <w:szCs w:val="28"/>
          <w:lang w:val="ru-RU"/>
        </w:rPr>
        <w:t>Этот приём направлен на активизацию внимания учащихся и способствует развитию читательского воображения и формирования умений анализировать композицию эпизода и образы персонажей, видеть приёмы выражения авторского отношения к героям и понимать его, сравнивать свою точку зрения с точкой зрения художника, понимать специфику языков разных видов искусства и уметь общаться с произведениями искусства.</w:t>
      </w:r>
      <w:proofErr w:type="gramEnd"/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Беседа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Беседа требует для своего проведения достаточно большое количество учебного времени, а при довольно небольшом составе группы занимающихся открывается возможность участия в беседе подавляющего большинства учащихся, создаётся обстановка гораздо большей, в сравнении с уроками, непосредственности общения преподавателя с учениками. Беседа на занятиях </w:t>
      </w:r>
      <w:r>
        <w:rPr>
          <w:sz w:val="28"/>
          <w:szCs w:val="28"/>
          <w:lang w:val="ru-RU"/>
        </w:rPr>
        <w:t xml:space="preserve"> курса </w:t>
      </w:r>
      <w:r w:rsidRPr="006007A5">
        <w:rPr>
          <w:sz w:val="28"/>
          <w:szCs w:val="28"/>
          <w:lang w:val="ru-RU"/>
        </w:rPr>
        <w:t>имеет универсальный характер. Она фрагментарно может быть включена в лекцию, может стать разновидностью практических занятий. В процессе беседы применяется эвристический метод, проблемные задания, что повышает познавательную активность учащихся и эффективность процесса обучения. Также подобная форма работы является наиболее плодотворной для развития диалогической речи учащихся.</w:t>
      </w:r>
    </w:p>
    <w:p w:rsidR="006007A5" w:rsidRPr="009A0307" w:rsidRDefault="006007A5" w:rsidP="006007A5">
      <w:pPr>
        <w:pStyle w:val="af1"/>
        <w:numPr>
          <w:ilvl w:val="0"/>
          <w:numId w:val="36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Лекция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Лекция учителя содержит в себе новый, преимущественно обобщающий материал. В лекции освещаются основополагающие теоретические и методологические проблемы. Восприятие лекции требует от учащихся устойчивого произвольного внимания, готовности и умения  слушать.</w:t>
      </w:r>
    </w:p>
    <w:p w:rsidR="006007A5" w:rsidRPr="009A0307" w:rsidRDefault="006007A5" w:rsidP="006007A5">
      <w:pPr>
        <w:pStyle w:val="af1"/>
        <w:numPr>
          <w:ilvl w:val="0"/>
          <w:numId w:val="37"/>
        </w:numPr>
        <w:spacing w:after="0" w:line="240" w:lineRule="auto"/>
        <w:ind w:left="851" w:hanging="567"/>
        <w:jc w:val="both"/>
        <w:rPr>
          <w:sz w:val="28"/>
          <w:szCs w:val="28"/>
        </w:rPr>
      </w:pPr>
      <w:proofErr w:type="spellStart"/>
      <w:r w:rsidRPr="009A0307">
        <w:rPr>
          <w:iCs/>
          <w:sz w:val="28"/>
          <w:szCs w:val="28"/>
        </w:rPr>
        <w:t>Литературные</w:t>
      </w:r>
      <w:proofErr w:type="spellEnd"/>
      <w:r w:rsidRPr="009A0307">
        <w:rPr>
          <w:iCs/>
          <w:sz w:val="28"/>
          <w:szCs w:val="28"/>
        </w:rPr>
        <w:t xml:space="preserve"> </w:t>
      </w:r>
      <w:proofErr w:type="spellStart"/>
      <w:r w:rsidRPr="009A0307">
        <w:rPr>
          <w:iCs/>
          <w:sz w:val="28"/>
          <w:szCs w:val="28"/>
        </w:rPr>
        <w:t>игры</w:t>
      </w:r>
      <w:proofErr w:type="spellEnd"/>
      <w:r w:rsidRPr="009A0307">
        <w:rPr>
          <w:iCs/>
          <w:sz w:val="28"/>
          <w:szCs w:val="28"/>
        </w:rPr>
        <w:t xml:space="preserve">, </w:t>
      </w:r>
      <w:proofErr w:type="spellStart"/>
      <w:r w:rsidRPr="009A0307">
        <w:rPr>
          <w:iCs/>
          <w:sz w:val="28"/>
          <w:szCs w:val="28"/>
        </w:rPr>
        <w:t>викторины</w:t>
      </w:r>
      <w:proofErr w:type="spellEnd"/>
      <w:r w:rsidRPr="009A0307">
        <w:rPr>
          <w:iCs/>
          <w:sz w:val="28"/>
          <w:szCs w:val="28"/>
        </w:rPr>
        <w:t xml:space="preserve">, </w:t>
      </w:r>
      <w:proofErr w:type="spellStart"/>
      <w:r w:rsidRPr="009A0307">
        <w:rPr>
          <w:iCs/>
          <w:sz w:val="28"/>
          <w:szCs w:val="28"/>
        </w:rPr>
        <w:t>конкурсы</w:t>
      </w:r>
      <w:proofErr w:type="spellEnd"/>
    </w:p>
    <w:p w:rsidR="006007A5" w:rsidRPr="006007A5" w:rsidRDefault="006007A5" w:rsidP="006007A5">
      <w:pPr>
        <w:pStyle w:val="af1"/>
        <w:spacing w:after="0"/>
        <w:ind w:firstLine="709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Наличие в программе занятий игровых моментов призвано способствовать развитию у учащихся эстетического вкуса и творческого воображения.</w:t>
      </w:r>
    </w:p>
    <w:p w:rsidR="00F426B5" w:rsidRDefault="006007A5" w:rsidP="006007A5">
      <w:pPr>
        <w:pStyle w:val="affb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F426B5" w:rsidRDefault="00F426B5" w:rsidP="006007A5">
      <w:pPr>
        <w:pStyle w:val="affb"/>
        <w:spacing w:after="0"/>
        <w:jc w:val="both"/>
        <w:rPr>
          <w:color w:val="000000" w:themeColor="text1"/>
          <w:sz w:val="28"/>
          <w:szCs w:val="28"/>
        </w:rPr>
      </w:pPr>
    </w:p>
    <w:p w:rsidR="00F426B5" w:rsidRDefault="00F426B5" w:rsidP="006007A5">
      <w:pPr>
        <w:pStyle w:val="affb"/>
        <w:spacing w:after="0"/>
        <w:jc w:val="both"/>
        <w:rPr>
          <w:color w:val="000000" w:themeColor="text1"/>
          <w:sz w:val="28"/>
          <w:szCs w:val="28"/>
        </w:rPr>
      </w:pPr>
    </w:p>
    <w:p w:rsidR="006007A5" w:rsidRPr="006007A5" w:rsidRDefault="00F426B5" w:rsidP="006007A5">
      <w:pPr>
        <w:pStyle w:val="affb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007A5" w:rsidRPr="009A0307">
        <w:rPr>
          <w:bCs/>
          <w:color w:val="000000" w:themeColor="text1"/>
          <w:sz w:val="28"/>
          <w:szCs w:val="28"/>
        </w:rPr>
        <w:t>Перечень упражнений, используемый</w:t>
      </w:r>
      <w:r w:rsidR="006007A5">
        <w:rPr>
          <w:bCs/>
          <w:color w:val="000000" w:themeColor="text1"/>
          <w:sz w:val="28"/>
          <w:szCs w:val="28"/>
        </w:rPr>
        <w:t xml:space="preserve"> </w:t>
      </w:r>
      <w:r w:rsidR="006007A5" w:rsidRPr="009A0307">
        <w:rPr>
          <w:bCs/>
          <w:color w:val="000000" w:themeColor="text1"/>
          <w:sz w:val="28"/>
          <w:szCs w:val="28"/>
        </w:rPr>
        <w:t xml:space="preserve">на занятиях, включает в себя индивидуальные, парные и коллективные творческие задания. </w:t>
      </w:r>
    </w:p>
    <w:p w:rsidR="006007A5" w:rsidRPr="00C54D63" w:rsidRDefault="006007A5" w:rsidP="006007A5">
      <w:pPr>
        <w:pStyle w:val="affb"/>
        <w:spacing w:after="0"/>
        <w:jc w:val="center"/>
        <w:rPr>
          <w:b/>
          <w:i/>
          <w:color w:val="000000" w:themeColor="text1"/>
          <w:sz w:val="28"/>
          <w:szCs w:val="28"/>
        </w:rPr>
      </w:pPr>
      <w:r w:rsidRPr="00C54D63">
        <w:rPr>
          <w:b/>
          <w:bCs/>
          <w:i/>
          <w:color w:val="000000" w:themeColor="text1"/>
          <w:sz w:val="28"/>
          <w:szCs w:val="28"/>
        </w:rPr>
        <w:t>Методы и приёмы:</w:t>
      </w:r>
    </w:p>
    <w:p w:rsidR="006007A5" w:rsidRPr="00C54D63" w:rsidRDefault="006007A5" w:rsidP="006007A5">
      <w:pPr>
        <w:pStyle w:val="affb"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C54D63">
        <w:rPr>
          <w:bCs/>
          <w:color w:val="000000" w:themeColor="text1"/>
          <w:sz w:val="28"/>
          <w:szCs w:val="28"/>
        </w:rPr>
        <w:t>активные</w:t>
      </w:r>
      <w:proofErr w:type="gramEnd"/>
      <w:r w:rsidRPr="00C54D63">
        <w:rPr>
          <w:bCs/>
          <w:color w:val="000000" w:themeColor="text1"/>
          <w:sz w:val="28"/>
          <w:szCs w:val="28"/>
        </w:rPr>
        <w:t>: работа с книгой, с интернет - ресурсами, научной литературой, компьютером;</w:t>
      </w:r>
    </w:p>
    <w:p w:rsidR="006007A5" w:rsidRPr="00C54D63" w:rsidRDefault="006007A5" w:rsidP="006007A5">
      <w:pPr>
        <w:pStyle w:val="affb"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C54D63">
        <w:rPr>
          <w:bCs/>
          <w:color w:val="000000" w:themeColor="text1"/>
          <w:sz w:val="28"/>
          <w:szCs w:val="28"/>
        </w:rPr>
        <w:t>пассивные</w:t>
      </w:r>
      <w:proofErr w:type="gramEnd"/>
      <w:r w:rsidRPr="00C54D63">
        <w:rPr>
          <w:bCs/>
          <w:color w:val="000000" w:themeColor="text1"/>
          <w:sz w:val="28"/>
          <w:szCs w:val="28"/>
        </w:rPr>
        <w:t>: рассказ, объяснение, демонстрация;</w:t>
      </w:r>
    </w:p>
    <w:p w:rsidR="006007A5" w:rsidRPr="00C54D63" w:rsidRDefault="006007A5" w:rsidP="006007A5">
      <w:pPr>
        <w:pStyle w:val="affb"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54D63">
        <w:rPr>
          <w:bCs/>
          <w:color w:val="000000" w:themeColor="text1"/>
          <w:sz w:val="28"/>
          <w:szCs w:val="28"/>
        </w:rPr>
        <w:t>объяснительно-иллюстративный;</w:t>
      </w:r>
    </w:p>
    <w:p w:rsidR="006007A5" w:rsidRPr="00C54D63" w:rsidRDefault="006007A5" w:rsidP="006007A5">
      <w:pPr>
        <w:pStyle w:val="affb"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54D63">
        <w:rPr>
          <w:bCs/>
          <w:color w:val="000000" w:themeColor="text1"/>
          <w:sz w:val="28"/>
          <w:szCs w:val="28"/>
        </w:rPr>
        <w:t>репродуктивный;</w:t>
      </w:r>
    </w:p>
    <w:p w:rsidR="006007A5" w:rsidRPr="006007A5" w:rsidRDefault="006007A5" w:rsidP="006007A5">
      <w:pPr>
        <w:pStyle w:val="affb"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54D63">
        <w:rPr>
          <w:bCs/>
          <w:color w:val="000000" w:themeColor="text1"/>
          <w:sz w:val="28"/>
          <w:szCs w:val="28"/>
        </w:rPr>
        <w:t>эвристический.</w:t>
      </w:r>
    </w:p>
    <w:p w:rsidR="006007A5" w:rsidRPr="006007A5" w:rsidRDefault="006007A5" w:rsidP="006007A5">
      <w:pPr>
        <w:shd w:val="clear" w:color="auto" w:fill="FFFFFF"/>
        <w:ind w:firstLine="567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6007A5">
        <w:rPr>
          <w:color w:val="000000" w:themeColor="text1"/>
          <w:sz w:val="28"/>
          <w:szCs w:val="28"/>
          <w:shd w:val="clear" w:color="auto" w:fill="FFFFFF"/>
          <w:lang w:val="ru-RU"/>
        </w:rPr>
        <w:t>Итогом работы является защита мини-проектов, конкурсы чтецов.</w:t>
      </w:r>
    </w:p>
    <w:p w:rsidR="006007A5" w:rsidRPr="006007A5" w:rsidRDefault="006007A5" w:rsidP="006007A5">
      <w:pPr>
        <w:jc w:val="center"/>
        <w:rPr>
          <w:b/>
          <w:sz w:val="28"/>
          <w:szCs w:val="28"/>
          <w:lang w:val="ru-RU"/>
        </w:rPr>
      </w:pPr>
      <w:r w:rsidRPr="006007A5">
        <w:rPr>
          <w:b/>
          <w:sz w:val="28"/>
          <w:szCs w:val="28"/>
          <w:lang w:val="ru-RU"/>
        </w:rPr>
        <w:t>Планируемые результаты освоения курса.</w:t>
      </w:r>
    </w:p>
    <w:p w:rsidR="006007A5" w:rsidRPr="006007A5" w:rsidRDefault="006007A5" w:rsidP="006007A5">
      <w:pPr>
        <w:autoSpaceDE w:val="0"/>
        <w:autoSpaceDN w:val="0"/>
        <w:adjustRightInd w:val="0"/>
        <w:jc w:val="both"/>
        <w:rPr>
          <w:b/>
          <w:iCs/>
          <w:sz w:val="28"/>
          <w:szCs w:val="28"/>
          <w:lang w:val="ru-RU"/>
        </w:rPr>
      </w:pPr>
      <w:r w:rsidRPr="006007A5">
        <w:rPr>
          <w:b/>
          <w:iCs/>
          <w:sz w:val="28"/>
          <w:szCs w:val="28"/>
          <w:lang w:val="ru-RU"/>
        </w:rPr>
        <w:t>Личностные результаты: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воспитание российской гражданской идентичности</w:t>
      </w:r>
      <w:r w:rsidRPr="006007A5">
        <w:rPr>
          <w:sz w:val="28"/>
          <w:szCs w:val="28"/>
          <w:lang w:val="ru-RU"/>
        </w:rPr>
        <w:t xml:space="preserve">: </w:t>
      </w:r>
      <w:r w:rsidRPr="006007A5">
        <w:rPr>
          <w:rFonts w:eastAsia="TimesNewRomanPSMT"/>
          <w:sz w:val="28"/>
          <w:szCs w:val="28"/>
          <w:lang w:val="ru-RU"/>
        </w:rPr>
        <w:t>патриотизма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любви и уважения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к Отечеству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чувства гордости за свою Родину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прошлое и настоящее многонационального народа России</w:t>
      </w:r>
      <w:r w:rsidRPr="006007A5">
        <w:rPr>
          <w:sz w:val="28"/>
          <w:szCs w:val="28"/>
          <w:lang w:val="ru-RU"/>
        </w:rPr>
        <w:t xml:space="preserve">; </w:t>
      </w:r>
      <w:r w:rsidRPr="006007A5">
        <w:rPr>
          <w:rFonts w:eastAsia="TimesNewRomanPSMT"/>
          <w:sz w:val="28"/>
          <w:szCs w:val="28"/>
          <w:lang w:val="ru-RU"/>
        </w:rPr>
        <w:t>осознание своей этнической принадлежности</w:t>
      </w:r>
      <w:r w:rsidRPr="006007A5">
        <w:rPr>
          <w:sz w:val="28"/>
          <w:szCs w:val="28"/>
          <w:lang w:val="ru-RU"/>
        </w:rPr>
        <w:t>,</w:t>
      </w:r>
      <w:r w:rsidRPr="006007A5">
        <w:rPr>
          <w:rFonts w:eastAsia="TimesNewRomanPSMT"/>
          <w:sz w:val="28"/>
          <w:szCs w:val="28"/>
          <w:lang w:val="ru-RU"/>
        </w:rPr>
        <w:t xml:space="preserve"> знание истории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языка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культуры своего народа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своего края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основ культурного наследия народов России и человечества</w:t>
      </w:r>
      <w:r w:rsidRPr="006007A5">
        <w:rPr>
          <w:sz w:val="28"/>
          <w:szCs w:val="28"/>
          <w:lang w:val="ru-RU"/>
        </w:rPr>
        <w:t xml:space="preserve">; </w:t>
      </w:r>
      <w:r w:rsidRPr="006007A5">
        <w:rPr>
          <w:rFonts w:eastAsia="TimesNewRomanPSMT"/>
          <w:sz w:val="28"/>
          <w:szCs w:val="28"/>
          <w:lang w:val="ru-RU"/>
        </w:rPr>
        <w:t>усвоение гуманистических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демократических и традиционных ценностей многонационального российского общества</w:t>
      </w:r>
      <w:r w:rsidRPr="006007A5">
        <w:rPr>
          <w:sz w:val="28"/>
          <w:szCs w:val="28"/>
          <w:lang w:val="ru-RU"/>
        </w:rPr>
        <w:t xml:space="preserve">; </w:t>
      </w:r>
      <w:r w:rsidRPr="006007A5">
        <w:rPr>
          <w:rFonts w:eastAsia="TimesNewRomanPSMT"/>
          <w:sz w:val="28"/>
          <w:szCs w:val="28"/>
          <w:lang w:val="ru-RU"/>
        </w:rPr>
        <w:t>воспитание чувства ответственности и долга перед Родиной</w:t>
      </w:r>
      <w:r w:rsidRPr="006007A5">
        <w:rPr>
          <w:sz w:val="28"/>
          <w:szCs w:val="28"/>
          <w:lang w:val="ru-RU"/>
        </w:rPr>
        <w:t>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формирование ответственного отношения к учению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 xml:space="preserve">готовности и </w:t>
      </w:r>
      <w:proofErr w:type="gramStart"/>
      <w:r w:rsidRPr="006007A5">
        <w:rPr>
          <w:rFonts w:eastAsia="TimesNewRomanPSMT"/>
          <w:sz w:val="28"/>
          <w:szCs w:val="28"/>
          <w:lang w:val="ru-RU"/>
        </w:rPr>
        <w:t>способности</w:t>
      </w:r>
      <w:proofErr w:type="gramEnd"/>
      <w:r w:rsidRPr="006007A5">
        <w:rPr>
          <w:rFonts w:eastAsia="TimesNewRomanPSMT"/>
          <w:sz w:val="28"/>
          <w:szCs w:val="28"/>
          <w:lang w:val="ru-RU"/>
        </w:rPr>
        <w:t xml:space="preserve"> обучающихся к саморазвитию и самообразованию на основе мотивации к обучению и познанию</w:t>
      </w:r>
      <w:r w:rsidRPr="006007A5">
        <w:rPr>
          <w:sz w:val="28"/>
          <w:szCs w:val="28"/>
          <w:lang w:val="ru-RU"/>
        </w:rPr>
        <w:t xml:space="preserve">, </w:t>
      </w:r>
      <w:r w:rsidRPr="006007A5">
        <w:rPr>
          <w:rFonts w:eastAsia="TimesNewRomanPSMT"/>
          <w:sz w:val="28"/>
          <w:szCs w:val="28"/>
          <w:lang w:val="ru-RU"/>
        </w:rPr>
        <w:t>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proofErr w:type="gramStart"/>
      <w:r w:rsidRPr="006007A5">
        <w:rPr>
          <w:rFonts w:eastAsia="TimesNewRomanPSMT"/>
          <w:sz w:val="28"/>
          <w:szCs w:val="28"/>
          <w:lang w:val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F426B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</w:t>
      </w:r>
    </w:p>
    <w:p w:rsidR="00F426B5" w:rsidRPr="00F426B5" w:rsidRDefault="00F426B5" w:rsidP="00F426B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8"/>
          <w:szCs w:val="28"/>
          <w:lang w:val="ru-RU"/>
        </w:rPr>
      </w:pP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в пределах возрастных компетенций с учётом региональных, этнокультурных, социальных и экономических особенностей;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6007A5" w:rsidRPr="006007A5" w:rsidRDefault="006007A5" w:rsidP="006007A5">
      <w:pPr>
        <w:pStyle w:val="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6007A5" w:rsidRPr="00DB562E" w:rsidRDefault="006007A5" w:rsidP="006007A5">
      <w:pPr>
        <w:pStyle w:val="Default"/>
        <w:jc w:val="both"/>
        <w:rPr>
          <w:color w:val="auto"/>
          <w:sz w:val="28"/>
          <w:szCs w:val="28"/>
        </w:rPr>
      </w:pPr>
      <w:r w:rsidRPr="00DB562E">
        <w:rPr>
          <w:b/>
          <w:bCs/>
          <w:color w:val="auto"/>
          <w:sz w:val="28"/>
          <w:szCs w:val="28"/>
        </w:rPr>
        <w:t xml:space="preserve">Предметными результатами </w:t>
      </w:r>
      <w:r w:rsidRPr="00DB562E">
        <w:rPr>
          <w:color w:val="auto"/>
          <w:sz w:val="28"/>
          <w:szCs w:val="28"/>
        </w:rPr>
        <w:t xml:space="preserve">изучения курса родная (русская) литература является </w:t>
      </w:r>
      <w:proofErr w:type="spellStart"/>
      <w:r w:rsidRPr="00DB562E">
        <w:rPr>
          <w:color w:val="auto"/>
          <w:sz w:val="28"/>
          <w:szCs w:val="28"/>
        </w:rPr>
        <w:t>сформированность</w:t>
      </w:r>
      <w:proofErr w:type="spellEnd"/>
      <w:r w:rsidRPr="00DB562E">
        <w:rPr>
          <w:color w:val="auto"/>
          <w:sz w:val="28"/>
          <w:szCs w:val="28"/>
        </w:rPr>
        <w:t xml:space="preserve"> следующих умений: </w:t>
      </w:r>
    </w:p>
    <w:p w:rsidR="006007A5" w:rsidRPr="006007A5" w:rsidRDefault="006007A5" w:rsidP="006007A5">
      <w:pPr>
        <w:pStyle w:val="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:rsidR="006007A5" w:rsidRPr="006007A5" w:rsidRDefault="006007A5" w:rsidP="006007A5">
      <w:pPr>
        <w:pStyle w:val="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понимание родной литературы как одной из основных национально-культурных ценностей народа, как особого способа познания жизни;</w:t>
      </w:r>
    </w:p>
    <w:p w:rsidR="006007A5" w:rsidRPr="006007A5" w:rsidRDefault="006007A5" w:rsidP="006007A5">
      <w:pPr>
        <w:pStyle w:val="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культуры своего народа, российской и мировой культуры;</w:t>
      </w:r>
    </w:p>
    <w:p w:rsidR="006007A5" w:rsidRPr="006007A5" w:rsidRDefault="006007A5" w:rsidP="006007A5">
      <w:pPr>
        <w:pStyle w:val="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6007A5" w:rsidRPr="006007A5" w:rsidRDefault="006007A5" w:rsidP="006007A5">
      <w:pPr>
        <w:pStyle w:val="af"/>
        <w:numPr>
          <w:ilvl w:val="0"/>
          <w:numId w:val="21"/>
        </w:numPr>
        <w:autoSpaceDE w:val="0"/>
        <w:autoSpaceDN w:val="0"/>
        <w:spacing w:after="0" w:line="240" w:lineRule="auto"/>
        <w:ind w:left="426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:rsidR="00F426B5" w:rsidRDefault="006007A5" w:rsidP="006007A5">
      <w:pPr>
        <w:pStyle w:val="af"/>
        <w:numPr>
          <w:ilvl w:val="0"/>
          <w:numId w:val="21"/>
        </w:numPr>
        <w:autoSpaceDE w:val="0"/>
        <w:autoSpaceDN w:val="0"/>
        <w:spacing w:after="0" w:line="240" w:lineRule="auto"/>
        <w:ind w:left="426"/>
        <w:rPr>
          <w:rFonts w:eastAsia="TimesNewRomanPSMT"/>
          <w:sz w:val="28"/>
          <w:szCs w:val="28"/>
          <w:lang w:val="ru-RU"/>
        </w:rPr>
      </w:pPr>
      <w:proofErr w:type="gramStart"/>
      <w:r w:rsidRPr="006007A5">
        <w:rPr>
          <w:rFonts w:eastAsia="TimesNewRomanPSMT"/>
          <w:sz w:val="28"/>
          <w:szCs w:val="28"/>
          <w:lang w:val="ru-RU"/>
        </w:rPr>
        <w:t xml:space="preserve"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</w:t>
      </w:r>
      <w:proofErr w:type="gramEnd"/>
    </w:p>
    <w:p w:rsidR="006007A5" w:rsidRPr="00F426B5" w:rsidRDefault="006007A5" w:rsidP="00F426B5">
      <w:pPr>
        <w:pStyle w:val="af"/>
        <w:numPr>
          <w:ilvl w:val="0"/>
          <w:numId w:val="21"/>
        </w:numPr>
        <w:autoSpaceDE w:val="0"/>
        <w:autoSpaceDN w:val="0"/>
        <w:spacing w:after="0" w:line="240" w:lineRule="auto"/>
        <w:ind w:left="426"/>
        <w:rPr>
          <w:rFonts w:eastAsia="TimesNewRomanPSMT"/>
          <w:sz w:val="28"/>
          <w:szCs w:val="28"/>
          <w:lang w:val="ru-RU"/>
        </w:rPr>
      </w:pPr>
      <w:r w:rsidRPr="00F426B5">
        <w:rPr>
          <w:rFonts w:eastAsia="TimesNewRomanPSMT"/>
          <w:sz w:val="28"/>
          <w:szCs w:val="28"/>
          <w:lang w:val="ru-RU"/>
        </w:rPr>
        <w:lastRenderedPageBreak/>
        <w:t>только эмоционального восприятия, но и интеллектуального осмысления».</w:t>
      </w:r>
    </w:p>
    <w:p w:rsidR="006007A5" w:rsidRPr="006007A5" w:rsidRDefault="006007A5" w:rsidP="006007A5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Метапредметные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результаты</w:t>
      </w:r>
      <w:proofErr w:type="spellEnd"/>
      <w:r>
        <w:rPr>
          <w:b/>
          <w:sz w:val="28"/>
          <w:szCs w:val="28"/>
        </w:rPr>
        <w:t>:</w:t>
      </w: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b/>
          <w:bCs/>
          <w:iCs/>
          <w:sz w:val="28"/>
          <w:szCs w:val="28"/>
        </w:rPr>
        <w:t xml:space="preserve">Регулятивные УУД: </w:t>
      </w:r>
    </w:p>
    <w:p w:rsidR="006007A5" w:rsidRPr="006007A5" w:rsidRDefault="006007A5" w:rsidP="006007A5">
      <w:pPr>
        <w:pStyle w:val="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007A5" w:rsidRPr="006007A5" w:rsidRDefault="006007A5" w:rsidP="006007A5">
      <w:pPr>
        <w:pStyle w:val="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6007A5" w:rsidRPr="006007A5" w:rsidRDefault="006007A5" w:rsidP="006007A5">
      <w:pPr>
        <w:pStyle w:val="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007A5" w:rsidRPr="006007A5" w:rsidRDefault="006007A5" w:rsidP="006007A5">
      <w:pPr>
        <w:pStyle w:val="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умение оценивать правильность выполнения учебной задачи, собственные возможности её решения;</w:t>
      </w:r>
    </w:p>
    <w:p w:rsidR="006007A5" w:rsidRPr="006007A5" w:rsidRDefault="006007A5" w:rsidP="006007A5">
      <w:pPr>
        <w:pStyle w:val="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Средством формирования регулятивных УУД служат технология продуктивного чтения и технология оценивания образовательных достижений. </w:t>
      </w:r>
    </w:p>
    <w:p w:rsidR="006007A5" w:rsidRPr="00DB562E" w:rsidRDefault="006007A5" w:rsidP="006007A5">
      <w:pPr>
        <w:pStyle w:val="Default"/>
        <w:jc w:val="both"/>
        <w:rPr>
          <w:b/>
          <w:bCs/>
          <w:iCs/>
          <w:sz w:val="28"/>
          <w:szCs w:val="28"/>
        </w:rPr>
      </w:pP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b/>
          <w:bCs/>
          <w:iCs/>
          <w:sz w:val="28"/>
          <w:szCs w:val="28"/>
        </w:rPr>
        <w:t xml:space="preserve">Познавательные УУД: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учиться вычитывать все виды текстовой информации: </w:t>
      </w:r>
      <w:proofErr w:type="spellStart"/>
      <w:r w:rsidRPr="00DB562E">
        <w:rPr>
          <w:sz w:val="28"/>
          <w:szCs w:val="28"/>
        </w:rPr>
        <w:t>фактуальную</w:t>
      </w:r>
      <w:proofErr w:type="spellEnd"/>
      <w:r w:rsidRPr="00DB562E">
        <w:rPr>
          <w:sz w:val="28"/>
          <w:szCs w:val="28"/>
        </w:rPr>
        <w:t xml:space="preserve">, подтекстовую, концептуальную; адекватно понимать основную и дополнительную информацию текста, воспринятого на слух;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пользоваться разными видами чтения: изучающим, просмотровым, ознакомительным;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извлекать информацию (в сотрудничестве и при поддержке учителя), представленную в разных формах (сплошной текст; </w:t>
      </w:r>
      <w:proofErr w:type="spellStart"/>
      <w:r w:rsidRPr="00DB562E">
        <w:rPr>
          <w:sz w:val="28"/>
          <w:szCs w:val="28"/>
        </w:rPr>
        <w:t>несплошной</w:t>
      </w:r>
      <w:proofErr w:type="spellEnd"/>
      <w:r w:rsidRPr="00DB562E">
        <w:rPr>
          <w:sz w:val="28"/>
          <w:szCs w:val="28"/>
        </w:rPr>
        <w:t xml:space="preserve"> текст – иллюстрация, таблица, схема);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владеть различными видами </w:t>
      </w:r>
      <w:proofErr w:type="spellStart"/>
      <w:r w:rsidRPr="00DB562E">
        <w:rPr>
          <w:sz w:val="28"/>
          <w:szCs w:val="28"/>
        </w:rPr>
        <w:t>аудирования</w:t>
      </w:r>
      <w:proofErr w:type="spellEnd"/>
      <w:r w:rsidRPr="00DB562E">
        <w:rPr>
          <w:sz w:val="28"/>
          <w:szCs w:val="28"/>
        </w:rPr>
        <w:t xml:space="preserve"> (выборочным, ознакомительным, детальным);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перерабатывать в сотрудничестве с учителем и преобразовывать информацию из одной формы в другую (переводить сплошной тест в план, таблицу, схему </w:t>
      </w:r>
      <w:proofErr w:type="gramStart"/>
      <w:r w:rsidRPr="00DB562E">
        <w:rPr>
          <w:sz w:val="28"/>
          <w:szCs w:val="28"/>
        </w:rPr>
        <w:t>и</w:t>
      </w:r>
      <w:proofErr w:type="gramEnd"/>
      <w:r w:rsidRPr="00DB562E">
        <w:rPr>
          <w:sz w:val="28"/>
          <w:szCs w:val="28"/>
        </w:rPr>
        <w:t xml:space="preserve"> наоборот: по плану, по схеме, по таблице составлять сплошной) текст;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излагать содержание прочитанного (прослушанного) текста подробно, сжато, выборочно;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пользоваться словарями, справочниками; 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осуществлять анализ и синтез; </w:t>
      </w:r>
    </w:p>
    <w:p w:rsidR="006007A5" w:rsidRPr="00DB562E" w:rsidRDefault="006007A5" w:rsidP="006007A5">
      <w:pPr>
        <w:pStyle w:val="af"/>
        <w:numPr>
          <w:ilvl w:val="0"/>
          <w:numId w:val="20"/>
        </w:numPr>
        <w:spacing w:after="0" w:line="240" w:lineRule="auto"/>
        <w:ind w:left="426"/>
        <w:jc w:val="both"/>
        <w:rPr>
          <w:sz w:val="28"/>
          <w:szCs w:val="28"/>
        </w:rPr>
      </w:pPr>
      <w:proofErr w:type="spellStart"/>
      <w:r w:rsidRPr="00DB562E">
        <w:rPr>
          <w:sz w:val="28"/>
          <w:szCs w:val="28"/>
        </w:rPr>
        <w:t>устанавливать</w:t>
      </w:r>
      <w:proofErr w:type="spellEnd"/>
      <w:r w:rsidRPr="00DB562E">
        <w:rPr>
          <w:sz w:val="28"/>
          <w:szCs w:val="28"/>
        </w:rPr>
        <w:t xml:space="preserve"> </w:t>
      </w:r>
      <w:proofErr w:type="spellStart"/>
      <w:r w:rsidRPr="00DB562E">
        <w:rPr>
          <w:sz w:val="28"/>
          <w:szCs w:val="28"/>
        </w:rPr>
        <w:t>причинно-следственные</w:t>
      </w:r>
      <w:proofErr w:type="spellEnd"/>
      <w:r w:rsidRPr="00DB562E">
        <w:rPr>
          <w:sz w:val="28"/>
          <w:szCs w:val="28"/>
        </w:rPr>
        <w:t xml:space="preserve"> </w:t>
      </w:r>
      <w:proofErr w:type="spellStart"/>
      <w:r w:rsidRPr="00DB562E">
        <w:rPr>
          <w:sz w:val="28"/>
          <w:szCs w:val="28"/>
        </w:rPr>
        <w:t>связи</w:t>
      </w:r>
      <w:proofErr w:type="spellEnd"/>
      <w:r w:rsidRPr="00DB562E">
        <w:rPr>
          <w:sz w:val="28"/>
          <w:szCs w:val="28"/>
        </w:rPr>
        <w:t>;</w:t>
      </w:r>
    </w:p>
    <w:p w:rsidR="006007A5" w:rsidRPr="00DB562E" w:rsidRDefault="006007A5" w:rsidP="006007A5">
      <w:pPr>
        <w:pStyle w:val="Default"/>
        <w:numPr>
          <w:ilvl w:val="0"/>
          <w:numId w:val="20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строить рассуждения. </w:t>
      </w: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Средством развития </w:t>
      </w:r>
      <w:proofErr w:type="gramStart"/>
      <w:r w:rsidRPr="00DB562E">
        <w:rPr>
          <w:sz w:val="28"/>
          <w:szCs w:val="28"/>
        </w:rPr>
        <w:t>познавательных</w:t>
      </w:r>
      <w:proofErr w:type="gramEnd"/>
      <w:r w:rsidRPr="00DB562E">
        <w:rPr>
          <w:sz w:val="28"/>
          <w:szCs w:val="28"/>
        </w:rPr>
        <w:t xml:space="preserve"> УУД служат тексты учебника и его методический аппарат; технология продуктивного чтения. </w:t>
      </w:r>
    </w:p>
    <w:p w:rsidR="006007A5" w:rsidRPr="00DB562E" w:rsidRDefault="006007A5" w:rsidP="006007A5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6007A5" w:rsidRPr="00DB562E" w:rsidRDefault="006007A5" w:rsidP="006007A5">
      <w:pPr>
        <w:pStyle w:val="Default"/>
        <w:jc w:val="both"/>
        <w:rPr>
          <w:sz w:val="28"/>
          <w:szCs w:val="28"/>
        </w:rPr>
      </w:pPr>
      <w:r w:rsidRPr="00DB562E">
        <w:rPr>
          <w:b/>
          <w:bCs/>
          <w:iCs/>
          <w:sz w:val="28"/>
          <w:szCs w:val="28"/>
        </w:rPr>
        <w:t xml:space="preserve">Коммуникативные УУД: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уметь устанавливать и сравнивать разные точки зрения прежде, чем принимать решения и делать выборы;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уметь договариваться и приходить к общему решению в совместной деятельности, в том числе в ситуации столкновения интересов;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уметь задавать вопросы, необходимые для организации собственной деятельности и сотрудничества с партнером при непосредственной методической поддержке учителя;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уметь осуществлять взаимный контроль и оказывать в сотрудничестве необходимую взаимопомощь (в том числе и помощь учителя);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осознать важность коммуникативных умений в жизни человека;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оформлять свои мысли в устной и письменной форме с учетом речевой ситуации, создавать тексты различного типа, стиля, жанра;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адекватно использовать 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высказывать и обосновывать свою точку зрения (при методической поддержке учителя);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слушать и слышать других, пытаться принимать иную точку зрения, быть готовым корректировать свою точку зрения;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выступать перед аудиторией сверстников с сообщениями; </w:t>
      </w:r>
    </w:p>
    <w:p w:rsidR="006007A5" w:rsidRPr="00DB562E" w:rsidRDefault="006007A5" w:rsidP="006007A5">
      <w:pPr>
        <w:pStyle w:val="Default"/>
        <w:numPr>
          <w:ilvl w:val="0"/>
          <w:numId w:val="24"/>
        </w:numPr>
        <w:ind w:left="426"/>
        <w:jc w:val="both"/>
        <w:rPr>
          <w:sz w:val="28"/>
          <w:szCs w:val="28"/>
        </w:rPr>
      </w:pPr>
      <w:r w:rsidRPr="00DB562E">
        <w:rPr>
          <w:sz w:val="28"/>
          <w:szCs w:val="28"/>
        </w:rPr>
        <w:t xml:space="preserve">договариваться и приходить к общему решению в совместной деятельности. </w:t>
      </w:r>
    </w:p>
    <w:p w:rsidR="006007A5" w:rsidRPr="006007A5" w:rsidRDefault="006007A5" w:rsidP="006007A5">
      <w:pPr>
        <w:tabs>
          <w:tab w:val="left" w:pos="426"/>
        </w:tabs>
        <w:ind w:firstLine="426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Предлагаемые результаты занятий позволят учащимся расширить, углубить и закрепить</w:t>
      </w:r>
      <w:r>
        <w:rPr>
          <w:sz w:val="28"/>
          <w:szCs w:val="28"/>
          <w:lang w:val="ru-RU"/>
        </w:rPr>
        <w:t xml:space="preserve"> </w:t>
      </w:r>
      <w:r w:rsidRPr="006007A5">
        <w:rPr>
          <w:sz w:val="28"/>
          <w:szCs w:val="28"/>
          <w:lang w:val="ru-RU"/>
        </w:rPr>
        <w:t>основные базовые знания по литературе; ключевые понятия литературы; литературные нормы:</w:t>
      </w:r>
    </w:p>
    <w:p w:rsidR="006007A5" w:rsidRPr="006007A5" w:rsidRDefault="006007A5" w:rsidP="006007A5">
      <w:pPr>
        <w:pStyle w:val="af"/>
        <w:numPr>
          <w:ilvl w:val="0"/>
          <w:numId w:val="14"/>
        </w:numPr>
        <w:spacing w:after="0" w:line="240" w:lineRule="auto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орфоэпические, грамматические, синтаксические, лексические и лексико-фразеологические, стилистические; </w:t>
      </w:r>
    </w:p>
    <w:p w:rsidR="006007A5" w:rsidRPr="006007A5" w:rsidRDefault="006007A5" w:rsidP="006007A5">
      <w:pPr>
        <w:pStyle w:val="af"/>
        <w:numPr>
          <w:ilvl w:val="0"/>
          <w:numId w:val="14"/>
        </w:numPr>
        <w:spacing w:after="0" w:line="240" w:lineRule="auto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расширить знания о качествах идеальной речи; </w:t>
      </w:r>
    </w:p>
    <w:p w:rsidR="006007A5" w:rsidRPr="006007A5" w:rsidRDefault="006007A5" w:rsidP="006007A5">
      <w:pPr>
        <w:pStyle w:val="af"/>
        <w:numPr>
          <w:ilvl w:val="0"/>
          <w:numId w:val="14"/>
        </w:numPr>
        <w:spacing w:after="0" w:line="240" w:lineRule="auto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помочь учащимся </w:t>
      </w:r>
      <w:proofErr w:type="spellStart"/>
      <w:r w:rsidRPr="006007A5">
        <w:rPr>
          <w:sz w:val="28"/>
          <w:szCs w:val="28"/>
          <w:lang w:val="ru-RU"/>
        </w:rPr>
        <w:t>овладетьспособами</w:t>
      </w:r>
      <w:proofErr w:type="spellEnd"/>
      <w:r w:rsidRPr="006007A5">
        <w:rPr>
          <w:sz w:val="28"/>
          <w:szCs w:val="28"/>
          <w:lang w:val="ru-RU"/>
        </w:rPr>
        <w:t xml:space="preserve"> исследовательской деятельности; </w:t>
      </w:r>
    </w:p>
    <w:p w:rsidR="006007A5" w:rsidRPr="006007A5" w:rsidRDefault="006007A5" w:rsidP="006007A5">
      <w:pPr>
        <w:pStyle w:val="af"/>
        <w:numPr>
          <w:ilvl w:val="0"/>
          <w:numId w:val="14"/>
        </w:numPr>
        <w:spacing w:after="0" w:line="240" w:lineRule="auto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формировать творческое мышление; повысить </w:t>
      </w:r>
      <w:proofErr w:type="spellStart"/>
      <w:r w:rsidRPr="006007A5">
        <w:rPr>
          <w:sz w:val="28"/>
          <w:szCs w:val="28"/>
          <w:lang w:val="ru-RU"/>
        </w:rPr>
        <w:t>ихязыковую</w:t>
      </w:r>
      <w:proofErr w:type="spellEnd"/>
      <w:r w:rsidRPr="006007A5">
        <w:rPr>
          <w:sz w:val="28"/>
          <w:szCs w:val="28"/>
          <w:lang w:val="ru-RU"/>
        </w:rPr>
        <w:t xml:space="preserve"> и речевую культуру; </w:t>
      </w:r>
    </w:p>
    <w:p w:rsidR="006007A5" w:rsidRPr="006007A5" w:rsidRDefault="006007A5" w:rsidP="006007A5">
      <w:pPr>
        <w:pStyle w:val="af"/>
        <w:numPr>
          <w:ilvl w:val="0"/>
          <w:numId w:val="14"/>
        </w:numPr>
        <w:spacing w:after="0" w:line="240" w:lineRule="auto"/>
        <w:rPr>
          <w:sz w:val="28"/>
          <w:szCs w:val="28"/>
          <w:lang w:val="ru-RU"/>
        </w:rPr>
      </w:pPr>
      <w:proofErr w:type="spellStart"/>
      <w:r w:rsidRPr="006007A5">
        <w:rPr>
          <w:sz w:val="28"/>
          <w:szCs w:val="28"/>
          <w:lang w:val="ru-RU"/>
        </w:rPr>
        <w:t>развитьумения</w:t>
      </w:r>
      <w:proofErr w:type="spellEnd"/>
      <w:r w:rsidRPr="006007A5">
        <w:rPr>
          <w:sz w:val="28"/>
          <w:szCs w:val="28"/>
          <w:lang w:val="ru-RU"/>
        </w:rPr>
        <w:t xml:space="preserve"> решения нестандартных языковых и речевых задач.</w:t>
      </w:r>
    </w:p>
    <w:p w:rsidR="006007A5" w:rsidRPr="00224DAE" w:rsidRDefault="006007A5" w:rsidP="00224DAE">
      <w:pPr>
        <w:ind w:firstLine="709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В процессе занятий в рамках программы все формы и методы взаимообусловлены и применяются</w:t>
      </w:r>
      <w:r>
        <w:rPr>
          <w:sz w:val="28"/>
          <w:szCs w:val="28"/>
          <w:lang w:val="ru-RU"/>
        </w:rPr>
        <w:t xml:space="preserve"> </w:t>
      </w:r>
      <w:r w:rsidRPr="006007A5">
        <w:rPr>
          <w:sz w:val="28"/>
          <w:szCs w:val="28"/>
          <w:lang w:val="ru-RU"/>
        </w:rPr>
        <w:t xml:space="preserve">в комплексе. </w:t>
      </w:r>
    </w:p>
    <w:p w:rsidR="006007A5" w:rsidRPr="00DB562E" w:rsidRDefault="004706F5" w:rsidP="006007A5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Учащийся</w:t>
      </w:r>
      <w:r w:rsidR="006007A5" w:rsidRPr="00DB562E">
        <w:rPr>
          <w:b/>
          <w:bCs/>
          <w:iCs/>
          <w:color w:val="auto"/>
          <w:sz w:val="28"/>
          <w:szCs w:val="28"/>
        </w:rPr>
        <w:t xml:space="preserve"> научится: </w:t>
      </w:r>
    </w:p>
    <w:p w:rsidR="006007A5" w:rsidRPr="00DB562E" w:rsidRDefault="006007A5" w:rsidP="006007A5">
      <w:pPr>
        <w:pStyle w:val="Default"/>
        <w:numPr>
          <w:ilvl w:val="0"/>
          <w:numId w:val="22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color w:val="auto"/>
          <w:sz w:val="28"/>
          <w:szCs w:val="28"/>
        </w:rPr>
        <w:t xml:space="preserve">владеть навыками различных видов чтения (изучающим, ознакомительным, просмотровым) и информационной переработки прочитанного материала; </w:t>
      </w:r>
    </w:p>
    <w:p w:rsidR="006007A5" w:rsidRPr="00DB562E" w:rsidRDefault="006007A5" w:rsidP="006007A5">
      <w:pPr>
        <w:pStyle w:val="Default"/>
        <w:numPr>
          <w:ilvl w:val="0"/>
          <w:numId w:val="22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color w:val="auto"/>
          <w:sz w:val="28"/>
          <w:szCs w:val="28"/>
        </w:rPr>
        <w:t xml:space="preserve">владеть различными видами </w:t>
      </w:r>
      <w:proofErr w:type="spellStart"/>
      <w:r w:rsidRPr="00DB562E">
        <w:rPr>
          <w:color w:val="auto"/>
          <w:sz w:val="28"/>
          <w:szCs w:val="28"/>
        </w:rPr>
        <w:t>аудирования</w:t>
      </w:r>
      <w:proofErr w:type="spellEnd"/>
      <w:r w:rsidRPr="00DB562E">
        <w:rPr>
          <w:color w:val="auto"/>
          <w:sz w:val="28"/>
          <w:szCs w:val="28"/>
        </w:rPr>
        <w:t xml:space="preserve"> (с полным пониманием, с пониманием основного содержания, с выборочным извлечением информации) и информационной переработки текстов различных функциональных разновидностей языка; </w:t>
      </w:r>
    </w:p>
    <w:p w:rsidR="006007A5" w:rsidRPr="00DB562E" w:rsidRDefault="006007A5" w:rsidP="006007A5">
      <w:pPr>
        <w:pStyle w:val="Default"/>
        <w:numPr>
          <w:ilvl w:val="0"/>
          <w:numId w:val="22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color w:val="auto"/>
          <w:sz w:val="28"/>
          <w:szCs w:val="28"/>
        </w:rPr>
        <w:lastRenderedPageBreak/>
        <w:t xml:space="preserve"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 </w:t>
      </w:r>
    </w:p>
    <w:p w:rsidR="006007A5" w:rsidRPr="006007A5" w:rsidRDefault="006007A5" w:rsidP="006007A5">
      <w:pPr>
        <w:pStyle w:val="af"/>
        <w:numPr>
          <w:ilvl w:val="0"/>
          <w:numId w:val="22"/>
        </w:numPr>
        <w:spacing w:after="0" w:line="240" w:lineRule="auto"/>
        <w:ind w:left="426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типа; уметь вести диалог;</w:t>
      </w:r>
    </w:p>
    <w:p w:rsidR="006007A5" w:rsidRPr="006007A5" w:rsidRDefault="006007A5" w:rsidP="006007A5">
      <w:pPr>
        <w:pStyle w:val="af"/>
        <w:numPr>
          <w:ilvl w:val="0"/>
          <w:numId w:val="22"/>
        </w:numPr>
        <w:spacing w:after="0" w:line="240" w:lineRule="auto"/>
        <w:ind w:left="426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 xml:space="preserve">понимать и формулировать тему, идею, нравственный пафос литературного произведения, характеризовать его героев, сопоставлять героев одного или нескольких произведений; </w:t>
      </w:r>
    </w:p>
    <w:p w:rsidR="006007A5" w:rsidRPr="006007A5" w:rsidRDefault="006007A5" w:rsidP="006007A5">
      <w:pPr>
        <w:pStyle w:val="af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 xml:space="preserve">понимать литературные художественные произведения, отражающие разные этнокультурные традиции; </w:t>
      </w:r>
    </w:p>
    <w:p w:rsidR="006007A5" w:rsidRPr="006007A5" w:rsidRDefault="006007A5" w:rsidP="006007A5">
      <w:pPr>
        <w:pStyle w:val="af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NewRomanPSMT"/>
          <w:sz w:val="28"/>
          <w:szCs w:val="28"/>
          <w:lang w:val="ru-RU"/>
        </w:rPr>
      </w:pPr>
      <w:r w:rsidRPr="006007A5">
        <w:rPr>
          <w:rFonts w:eastAsia="TimesNewRomanPSMT"/>
          <w:sz w:val="28"/>
          <w:szCs w:val="28"/>
          <w:lang w:val="ru-RU"/>
        </w:rPr>
        <w:t>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</w:t>
      </w:r>
    </w:p>
    <w:p w:rsidR="006007A5" w:rsidRPr="006007A5" w:rsidRDefault="006007A5" w:rsidP="006007A5">
      <w:pPr>
        <w:pStyle w:val="af"/>
        <w:numPr>
          <w:ilvl w:val="0"/>
          <w:numId w:val="22"/>
        </w:numPr>
        <w:spacing w:after="0" w:line="240" w:lineRule="auto"/>
        <w:ind w:left="426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определять в произведении элементы сюжета, композиции, изобразительно-выразительных средств языка, понимать их роль в раскрытии идейно-художественного содержания произведения (элементы филологического анализа);</w:t>
      </w:r>
    </w:p>
    <w:p w:rsidR="006007A5" w:rsidRPr="004706F5" w:rsidRDefault="006007A5" w:rsidP="006007A5">
      <w:pPr>
        <w:pStyle w:val="af"/>
        <w:numPr>
          <w:ilvl w:val="0"/>
          <w:numId w:val="22"/>
        </w:numPr>
        <w:spacing w:after="0" w:line="240" w:lineRule="auto"/>
        <w:ind w:left="426"/>
        <w:jc w:val="both"/>
        <w:rPr>
          <w:sz w:val="28"/>
          <w:szCs w:val="28"/>
          <w:lang w:val="ru-RU"/>
        </w:rPr>
      </w:pPr>
      <w:r w:rsidRPr="006007A5">
        <w:rPr>
          <w:sz w:val="28"/>
          <w:szCs w:val="28"/>
          <w:lang w:val="ru-RU"/>
        </w:rPr>
        <w:t>владеть элементарной литературоведческой терминологией при анализе литературного произведения.</w:t>
      </w:r>
    </w:p>
    <w:p w:rsidR="006007A5" w:rsidRPr="00DB562E" w:rsidRDefault="004706F5" w:rsidP="006007A5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 xml:space="preserve">Учащийся </w:t>
      </w:r>
      <w:r w:rsidR="006007A5" w:rsidRPr="00DB562E">
        <w:rPr>
          <w:b/>
          <w:bCs/>
          <w:iCs/>
          <w:color w:val="auto"/>
          <w:sz w:val="28"/>
          <w:szCs w:val="28"/>
        </w:rPr>
        <w:t xml:space="preserve"> получит возможность научиться: </w:t>
      </w:r>
    </w:p>
    <w:p w:rsidR="006007A5" w:rsidRPr="00DB562E" w:rsidRDefault="006007A5" w:rsidP="006007A5">
      <w:pPr>
        <w:pStyle w:val="Default"/>
        <w:numPr>
          <w:ilvl w:val="0"/>
          <w:numId w:val="23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iCs/>
          <w:color w:val="auto"/>
          <w:sz w:val="28"/>
          <w:szCs w:val="28"/>
        </w:rPr>
        <w:t xml:space="preserve">анализировать речевые высказывания с точки зрения их соответствия ситуации общения и успешности в достижении прогнозируемого результата; понимать основные причины коммуникативных неудач и уметь объяснять их; </w:t>
      </w:r>
    </w:p>
    <w:p w:rsidR="006007A5" w:rsidRPr="00DB562E" w:rsidRDefault="006007A5" w:rsidP="006007A5">
      <w:pPr>
        <w:pStyle w:val="Default"/>
        <w:numPr>
          <w:ilvl w:val="0"/>
          <w:numId w:val="23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iCs/>
          <w:color w:val="auto"/>
          <w:sz w:val="28"/>
          <w:szCs w:val="28"/>
        </w:rPr>
        <w:t xml:space="preserve"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</w:t>
      </w:r>
    </w:p>
    <w:p w:rsidR="006007A5" w:rsidRPr="00DB562E" w:rsidRDefault="006007A5" w:rsidP="006007A5">
      <w:pPr>
        <w:pStyle w:val="Default"/>
        <w:numPr>
          <w:ilvl w:val="0"/>
          <w:numId w:val="23"/>
        </w:numPr>
        <w:ind w:left="426"/>
        <w:jc w:val="both"/>
        <w:rPr>
          <w:color w:val="auto"/>
          <w:sz w:val="28"/>
          <w:szCs w:val="28"/>
        </w:rPr>
      </w:pPr>
      <w:r w:rsidRPr="00DB562E">
        <w:rPr>
          <w:rFonts w:eastAsia="TimesNewRomanPSMT"/>
          <w:color w:val="auto"/>
          <w:sz w:val="28"/>
          <w:szCs w:val="28"/>
        </w:rPr>
        <w:t>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6007A5" w:rsidRPr="00DB562E" w:rsidRDefault="006007A5" w:rsidP="006007A5">
      <w:pPr>
        <w:pStyle w:val="Default"/>
        <w:numPr>
          <w:ilvl w:val="0"/>
          <w:numId w:val="23"/>
        </w:numPr>
        <w:ind w:left="426"/>
        <w:jc w:val="both"/>
        <w:rPr>
          <w:iCs/>
          <w:color w:val="auto"/>
          <w:sz w:val="28"/>
          <w:szCs w:val="28"/>
        </w:rPr>
      </w:pPr>
      <w:r w:rsidRPr="00DB562E">
        <w:rPr>
          <w:iCs/>
          <w:color w:val="auto"/>
          <w:sz w:val="28"/>
          <w:szCs w:val="28"/>
        </w:rPr>
        <w:t>участвовать в разных видах обсуждения, формулировать собственную позицию и аргументировать ее, привлекая сведения из жизненного и читательского опыта.</w:t>
      </w:r>
    </w:p>
    <w:p w:rsidR="006007A5" w:rsidRPr="006007A5" w:rsidRDefault="006007A5" w:rsidP="006007A5">
      <w:pPr>
        <w:rPr>
          <w:b/>
          <w:bCs/>
          <w:sz w:val="28"/>
          <w:szCs w:val="28"/>
          <w:lang w:val="ru-RU"/>
        </w:rPr>
      </w:pPr>
    </w:p>
    <w:p w:rsidR="006007A5" w:rsidRPr="006007A5" w:rsidRDefault="006007A5" w:rsidP="006007A5">
      <w:pPr>
        <w:suppressAutoHyphens/>
        <w:ind w:firstLine="709"/>
        <w:outlineLvl w:val="0"/>
        <w:rPr>
          <w:b/>
          <w:lang w:val="ru-RU"/>
        </w:rPr>
      </w:pPr>
    </w:p>
    <w:p w:rsidR="006007A5" w:rsidRPr="006007A5" w:rsidRDefault="006007A5" w:rsidP="006007A5">
      <w:pPr>
        <w:jc w:val="center"/>
        <w:outlineLvl w:val="0"/>
        <w:rPr>
          <w:b/>
          <w:sz w:val="28"/>
          <w:lang w:val="ru-RU"/>
        </w:rPr>
        <w:sectPr w:rsidR="006007A5" w:rsidRPr="006007A5" w:rsidSect="00E55748">
          <w:pgSz w:w="11906" w:h="16838"/>
          <w:pgMar w:top="142" w:right="851" w:bottom="851" w:left="1021" w:header="709" w:footer="709" w:gutter="57"/>
          <w:cols w:space="708"/>
          <w:docGrid w:linePitch="360"/>
        </w:sectPr>
      </w:pPr>
    </w:p>
    <w:p w:rsidR="006007A5" w:rsidRPr="006007A5" w:rsidRDefault="006007A5" w:rsidP="006007A5">
      <w:pPr>
        <w:jc w:val="center"/>
        <w:outlineLvl w:val="0"/>
        <w:rPr>
          <w:b/>
          <w:sz w:val="28"/>
          <w:lang w:val="ru-RU"/>
        </w:rPr>
      </w:pPr>
    </w:p>
    <w:p w:rsidR="006007A5" w:rsidRPr="004706F5" w:rsidRDefault="006007A5" w:rsidP="004706F5">
      <w:pPr>
        <w:jc w:val="center"/>
        <w:outlineLvl w:val="0"/>
        <w:rPr>
          <w:b/>
          <w:sz w:val="28"/>
          <w:lang w:val="ru-RU"/>
        </w:rPr>
      </w:pPr>
      <w:proofErr w:type="spellStart"/>
      <w:proofErr w:type="gramStart"/>
      <w:r>
        <w:rPr>
          <w:b/>
          <w:sz w:val="28"/>
        </w:rPr>
        <w:t>Содержание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учебного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курса</w:t>
      </w:r>
      <w:proofErr w:type="spellEnd"/>
      <w:r>
        <w:rPr>
          <w:b/>
          <w:sz w:val="28"/>
        </w:rPr>
        <w:t>.</w:t>
      </w:r>
      <w:proofErr w:type="gramEnd"/>
    </w:p>
    <w:tbl>
      <w:tblPr>
        <w:tblW w:w="1564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3669"/>
        <w:gridCol w:w="7"/>
        <w:gridCol w:w="3970"/>
        <w:gridCol w:w="19"/>
        <w:gridCol w:w="3961"/>
        <w:gridCol w:w="4023"/>
      </w:tblGrid>
      <w:tr w:rsidR="006007A5" w:rsidTr="004706F5">
        <w:trPr>
          <w:trHeight w:val="346"/>
        </w:trPr>
        <w:tc>
          <w:tcPr>
            <w:tcW w:w="3669" w:type="dxa"/>
            <w:vMerge w:val="restart"/>
          </w:tcPr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 w:rsidRPr="00662EC2">
              <w:rPr>
                <w:b/>
              </w:rPr>
              <w:t>Образовательные</w:t>
            </w:r>
            <w:proofErr w:type="spellEnd"/>
          </w:p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 w:rsidRPr="00662EC2">
              <w:rPr>
                <w:b/>
              </w:rPr>
              <w:t>линии</w:t>
            </w:r>
            <w:proofErr w:type="spellEnd"/>
          </w:p>
        </w:tc>
        <w:tc>
          <w:tcPr>
            <w:tcW w:w="7957" w:type="dxa"/>
            <w:gridSpan w:val="4"/>
          </w:tcPr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 w:rsidRPr="00662EC2">
              <w:rPr>
                <w:b/>
              </w:rPr>
              <w:t>Планируемые</w:t>
            </w:r>
            <w:proofErr w:type="spellEnd"/>
            <w:r w:rsidRPr="00662EC2">
              <w:rPr>
                <w:b/>
              </w:rPr>
              <w:t xml:space="preserve"> </w:t>
            </w:r>
            <w:proofErr w:type="spellStart"/>
            <w:r w:rsidRPr="00662EC2">
              <w:rPr>
                <w:b/>
              </w:rPr>
              <w:t>результаты</w:t>
            </w:r>
            <w:proofErr w:type="spellEnd"/>
          </w:p>
        </w:tc>
        <w:tc>
          <w:tcPr>
            <w:tcW w:w="4023" w:type="dxa"/>
            <w:vMerge w:val="restart"/>
          </w:tcPr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Ученик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получит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возможность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научиться</w:t>
            </w:r>
            <w:proofErr w:type="spellEnd"/>
          </w:p>
        </w:tc>
      </w:tr>
      <w:tr w:rsidR="006007A5" w:rsidTr="004706F5">
        <w:trPr>
          <w:trHeight w:val="240"/>
        </w:trPr>
        <w:tc>
          <w:tcPr>
            <w:tcW w:w="3669" w:type="dxa"/>
            <w:vMerge/>
          </w:tcPr>
          <w:p w:rsidR="006007A5" w:rsidRPr="00662EC2" w:rsidRDefault="006007A5" w:rsidP="004706F5"/>
        </w:tc>
        <w:tc>
          <w:tcPr>
            <w:tcW w:w="3977" w:type="dxa"/>
            <w:gridSpan w:val="2"/>
          </w:tcPr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 w:rsidRPr="00662EC2">
              <w:rPr>
                <w:b/>
              </w:rPr>
              <w:t>предметные</w:t>
            </w:r>
            <w:proofErr w:type="spellEnd"/>
          </w:p>
        </w:tc>
        <w:tc>
          <w:tcPr>
            <w:tcW w:w="3980" w:type="dxa"/>
            <w:gridSpan w:val="2"/>
          </w:tcPr>
          <w:p w:rsidR="006007A5" w:rsidRPr="00662EC2" w:rsidRDefault="006007A5" w:rsidP="004706F5">
            <w:pPr>
              <w:jc w:val="center"/>
              <w:rPr>
                <w:b/>
              </w:rPr>
            </w:pPr>
            <w:proofErr w:type="spellStart"/>
            <w:r w:rsidRPr="00662EC2">
              <w:rPr>
                <w:b/>
              </w:rPr>
              <w:t>метапредметные</w:t>
            </w:r>
            <w:proofErr w:type="spellEnd"/>
          </w:p>
        </w:tc>
        <w:tc>
          <w:tcPr>
            <w:tcW w:w="4023" w:type="dxa"/>
            <w:vMerge/>
          </w:tcPr>
          <w:p w:rsidR="006007A5" w:rsidRPr="00662EC2" w:rsidRDefault="006007A5" w:rsidP="004706F5"/>
        </w:tc>
      </w:tr>
      <w:tr w:rsidR="006007A5" w:rsidTr="004706F5">
        <w:trPr>
          <w:trHeight w:val="171"/>
        </w:trPr>
        <w:tc>
          <w:tcPr>
            <w:tcW w:w="15649" w:type="dxa"/>
            <w:gridSpan w:val="6"/>
          </w:tcPr>
          <w:p w:rsidR="006007A5" w:rsidRPr="00DB562E" w:rsidRDefault="006007A5" w:rsidP="004706F5">
            <w:pPr>
              <w:pStyle w:val="c18"/>
              <w:spacing w:before="0" w:beforeAutospacing="0" w:after="0" w:afterAutospacing="0"/>
              <w:ind w:right="4"/>
              <w:jc w:val="center"/>
              <w:rPr>
                <w:b/>
                <w:bCs/>
                <w:color w:val="000000"/>
              </w:rPr>
            </w:pPr>
            <w:r w:rsidRPr="008C71A0">
              <w:rPr>
                <w:rStyle w:val="c1"/>
                <w:b/>
                <w:bCs/>
                <w:color w:val="000000"/>
              </w:rPr>
              <w:t>Устное народное творчество.</w:t>
            </w:r>
          </w:p>
        </w:tc>
      </w:tr>
      <w:tr w:rsidR="006007A5" w:rsidRPr="00EA3242" w:rsidTr="004706F5">
        <w:trPr>
          <w:trHeight w:val="171"/>
        </w:trPr>
        <w:tc>
          <w:tcPr>
            <w:tcW w:w="3676" w:type="dxa"/>
            <w:gridSpan w:val="2"/>
          </w:tcPr>
          <w:p w:rsidR="006007A5" w:rsidRPr="006007A5" w:rsidRDefault="006007A5" w:rsidP="004706F5">
            <w:pPr>
              <w:pStyle w:val="af"/>
              <w:ind w:left="0"/>
              <w:rPr>
                <w:lang w:val="ru-RU"/>
              </w:rPr>
            </w:pPr>
            <w:r w:rsidRPr="006007A5">
              <w:rPr>
                <w:lang w:val="ru-RU"/>
              </w:rPr>
              <w:t xml:space="preserve">Русские народные песни. </w:t>
            </w:r>
          </w:p>
          <w:p w:rsidR="006007A5" w:rsidRPr="006007A5" w:rsidRDefault="006007A5" w:rsidP="004706F5">
            <w:pPr>
              <w:pStyle w:val="af"/>
              <w:ind w:left="0"/>
              <w:rPr>
                <w:lang w:val="ru-RU"/>
              </w:rPr>
            </w:pPr>
            <w:r w:rsidRPr="006007A5">
              <w:rPr>
                <w:lang w:val="ru-RU"/>
              </w:rPr>
              <w:t xml:space="preserve">Донской фольклор. </w:t>
            </w:r>
          </w:p>
          <w:p w:rsidR="006007A5" w:rsidRPr="006007A5" w:rsidRDefault="006007A5" w:rsidP="004706F5">
            <w:pPr>
              <w:pStyle w:val="af"/>
              <w:ind w:left="0"/>
              <w:jc w:val="both"/>
              <w:rPr>
                <w:rStyle w:val="c1"/>
                <w:b/>
                <w:bCs/>
                <w:color w:val="000000"/>
                <w:lang w:val="ru-RU"/>
              </w:rPr>
            </w:pPr>
            <w:r w:rsidRPr="006007A5">
              <w:rPr>
                <w:lang w:val="ru-RU"/>
              </w:rPr>
              <w:t>Быт, нравственные представления народа в песне.</w:t>
            </w:r>
          </w:p>
          <w:p w:rsidR="006007A5" w:rsidRPr="006007A5" w:rsidRDefault="006007A5" w:rsidP="004706F5">
            <w:pPr>
              <w:ind w:left="-10"/>
              <w:rPr>
                <w:b/>
                <w:lang w:val="ru-RU"/>
              </w:rPr>
            </w:pPr>
          </w:p>
        </w:tc>
        <w:tc>
          <w:tcPr>
            <w:tcW w:w="3989" w:type="dxa"/>
            <w:gridSpan w:val="2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Понимание фольклора как особого способа познания русской истории;</w:t>
            </w:r>
          </w:p>
          <w:p w:rsidR="006007A5" w:rsidRPr="006007A5" w:rsidRDefault="006007A5" w:rsidP="004706F5">
            <w:pPr>
              <w:rPr>
                <w:b/>
                <w:lang w:val="ru-RU"/>
              </w:rPr>
            </w:pPr>
            <w:r w:rsidRPr="006007A5">
              <w:rPr>
                <w:lang w:val="ru-RU"/>
              </w:rPr>
              <w:t>воспитание квалифицированного читателя, способного участвовать в обсуждениях прочитанного, оформлять свое мнение  в устных и письменных ответах, сопоставлять фольклор с произведениями искусства</w:t>
            </w:r>
          </w:p>
        </w:tc>
        <w:tc>
          <w:tcPr>
            <w:tcW w:w="3961" w:type="dxa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Развитие умений планировать пути достижения целей, работать индивидуально и в группе, осознанно использовать речевые средства в соответствии с задачей коммуникации, создавать и применять таблицы и схемы для решения учебных задач</w:t>
            </w:r>
          </w:p>
        </w:tc>
        <w:tc>
          <w:tcPr>
            <w:tcW w:w="4023" w:type="dxa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Проявлять личностное отношение к народным песням, самостоятельной оценки </w:t>
            </w:r>
            <w:proofErr w:type="gramStart"/>
            <w:r w:rsidRPr="006007A5">
              <w:rPr>
                <w:lang w:val="ru-RU"/>
              </w:rPr>
              <w:t>услышанного</w:t>
            </w:r>
            <w:proofErr w:type="gramEnd"/>
            <w:r w:rsidRPr="006007A5">
              <w:rPr>
                <w:lang w:val="ru-RU"/>
              </w:rPr>
              <w:t xml:space="preserve"> и прочитанного;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объяснять теоретические понятия и находить образные средства в произведениях.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</w:p>
        </w:tc>
      </w:tr>
      <w:tr w:rsidR="006007A5" w:rsidTr="004706F5">
        <w:trPr>
          <w:trHeight w:val="171"/>
        </w:trPr>
        <w:tc>
          <w:tcPr>
            <w:tcW w:w="15649" w:type="dxa"/>
            <w:gridSpan w:val="6"/>
          </w:tcPr>
          <w:p w:rsidR="006007A5" w:rsidRPr="006007A5" w:rsidRDefault="006007A5" w:rsidP="006007A5">
            <w:pPr>
              <w:pStyle w:val="c85"/>
              <w:spacing w:before="0" w:beforeAutospacing="0" w:after="0" w:afterAutospacing="0"/>
              <w:ind w:right="24"/>
              <w:jc w:val="center"/>
              <w:rPr>
                <w:b/>
                <w:bCs/>
                <w:color w:val="000000"/>
              </w:rPr>
            </w:pPr>
            <w:r w:rsidRPr="008C71A0">
              <w:rPr>
                <w:rStyle w:val="c1"/>
                <w:b/>
                <w:bCs/>
                <w:color w:val="000000"/>
              </w:rPr>
              <w:t>Древнерусская литература</w:t>
            </w:r>
          </w:p>
        </w:tc>
      </w:tr>
      <w:tr w:rsidR="006007A5" w:rsidRPr="00EA3242" w:rsidTr="004706F5">
        <w:trPr>
          <w:trHeight w:val="1502"/>
        </w:trPr>
        <w:tc>
          <w:tcPr>
            <w:tcW w:w="3676" w:type="dxa"/>
            <w:gridSpan w:val="2"/>
          </w:tcPr>
          <w:p w:rsidR="006007A5" w:rsidRPr="008C71A0" w:rsidRDefault="006007A5" w:rsidP="004706F5">
            <w:pPr>
              <w:pStyle w:val="c63"/>
              <w:spacing w:before="0" w:beforeAutospacing="0" w:after="0" w:afterAutospacing="0"/>
              <w:jc w:val="both"/>
              <w:rPr>
                <w:rStyle w:val="c1"/>
                <w:b/>
                <w:bCs/>
                <w:color w:val="000000"/>
              </w:rPr>
            </w:pPr>
            <w:r w:rsidRPr="008C71A0">
              <w:rPr>
                <w:kern w:val="36"/>
              </w:rPr>
              <w:t>«Домострой. Послание и наставление отца сыну» – памятник древнерусской литературы.</w:t>
            </w:r>
          </w:p>
          <w:p w:rsidR="006007A5" w:rsidRPr="006007A5" w:rsidRDefault="006007A5" w:rsidP="004706F5">
            <w:pPr>
              <w:ind w:left="-10"/>
              <w:rPr>
                <w:lang w:val="ru-RU"/>
              </w:rPr>
            </w:pPr>
          </w:p>
        </w:tc>
        <w:tc>
          <w:tcPr>
            <w:tcW w:w="3989" w:type="dxa"/>
            <w:gridSpan w:val="2"/>
          </w:tcPr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 xml:space="preserve">умение анализировать литературное произведение: </w:t>
            </w:r>
          </w:p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>владение элементарной литературоведческой терминологией при анализе литературного произведения;</w:t>
            </w:r>
          </w:p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>формулирование собственного отношения к произведениям литературы, их оценка;</w:t>
            </w:r>
          </w:p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>собственная интерпретация литературн</w:t>
            </w:r>
            <w:r>
              <w:rPr>
                <w:rStyle w:val="c0"/>
                <w:rFonts w:eastAsiaTheme="majorEastAsia"/>
                <w:color w:val="000000"/>
              </w:rPr>
              <w:t>ого</w:t>
            </w:r>
            <w:r w:rsidRPr="00771ECD">
              <w:rPr>
                <w:rStyle w:val="c0"/>
                <w:rFonts w:eastAsiaTheme="majorEastAsia"/>
                <w:color w:val="000000"/>
              </w:rPr>
              <w:t xml:space="preserve"> произведени</w:t>
            </w:r>
            <w:r>
              <w:rPr>
                <w:rStyle w:val="c0"/>
                <w:rFonts w:eastAsiaTheme="majorEastAsia"/>
                <w:color w:val="000000"/>
              </w:rPr>
              <w:t>я</w:t>
            </w:r>
            <w:r w:rsidRPr="00771ECD">
              <w:rPr>
                <w:rStyle w:val="c0"/>
                <w:rFonts w:eastAsiaTheme="majorEastAsia"/>
                <w:color w:val="000000"/>
              </w:rPr>
              <w:t>;</w:t>
            </w:r>
          </w:p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>умение вести диалог;</w:t>
            </w:r>
          </w:p>
          <w:p w:rsidR="006007A5" w:rsidRPr="00771ECD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rStyle w:val="c0"/>
                <w:rFonts w:eastAsiaTheme="majorEastAsia"/>
                <w:color w:val="000000"/>
              </w:rPr>
              <w:t>написание  собственных творческих работ;</w:t>
            </w:r>
          </w:p>
          <w:p w:rsidR="006007A5" w:rsidRPr="00336896" w:rsidRDefault="006007A5" w:rsidP="004706F5">
            <w:pPr>
              <w:rPr>
                <w:b/>
              </w:rPr>
            </w:pPr>
          </w:p>
        </w:tc>
        <w:tc>
          <w:tcPr>
            <w:tcW w:w="3961" w:type="dxa"/>
          </w:tcPr>
          <w:p w:rsidR="006007A5" w:rsidRPr="00DB562E" w:rsidRDefault="006007A5" w:rsidP="006007A5">
            <w:pPr>
              <w:pStyle w:val="c19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156" w:firstLine="0"/>
              <w:jc w:val="both"/>
              <w:rPr>
                <w:color w:val="000000"/>
              </w:rPr>
            </w:pPr>
            <w:r w:rsidRPr="00771ECD">
              <w:rPr>
                <w:color w:val="333333"/>
              </w:rPr>
              <w:t xml:space="preserve">умение </w:t>
            </w:r>
            <w:r w:rsidRPr="00771ECD">
              <w:rPr>
                <w:rStyle w:val="c0"/>
                <w:rFonts w:eastAsiaTheme="majorEastAsia"/>
                <w:color w:val="000000"/>
              </w:rPr>
              <w:t>понима</w:t>
            </w:r>
            <w:r>
              <w:rPr>
                <w:rStyle w:val="c0"/>
                <w:rFonts w:eastAsiaTheme="majorEastAsia"/>
                <w:color w:val="000000"/>
              </w:rPr>
              <w:t xml:space="preserve">ть </w:t>
            </w:r>
            <w:r w:rsidRPr="00771ECD">
              <w:rPr>
                <w:rStyle w:val="c0"/>
                <w:rFonts w:eastAsiaTheme="majorEastAsia"/>
                <w:color w:val="000000"/>
              </w:rPr>
              <w:t xml:space="preserve"> авторск</w:t>
            </w:r>
            <w:r>
              <w:rPr>
                <w:rStyle w:val="c0"/>
                <w:rFonts w:eastAsiaTheme="majorEastAsia"/>
                <w:color w:val="000000"/>
              </w:rPr>
              <w:t>ую</w:t>
            </w:r>
            <w:r w:rsidRPr="00771ECD">
              <w:rPr>
                <w:rStyle w:val="c0"/>
                <w:rFonts w:eastAsiaTheme="majorEastAsia"/>
                <w:color w:val="000000"/>
              </w:rPr>
              <w:t xml:space="preserve"> позици</w:t>
            </w:r>
            <w:r>
              <w:rPr>
                <w:rStyle w:val="c0"/>
                <w:rFonts w:eastAsiaTheme="majorEastAsia"/>
                <w:color w:val="000000"/>
              </w:rPr>
              <w:t>ю</w:t>
            </w:r>
            <w:r w:rsidRPr="00771ECD">
              <w:rPr>
                <w:rStyle w:val="c0"/>
                <w:rFonts w:eastAsiaTheme="majorEastAsia"/>
                <w:color w:val="000000"/>
              </w:rPr>
              <w:t xml:space="preserve"> и </w:t>
            </w:r>
            <w:r>
              <w:rPr>
                <w:rStyle w:val="c0"/>
                <w:rFonts w:eastAsiaTheme="majorEastAsia"/>
                <w:color w:val="000000"/>
              </w:rPr>
              <w:t xml:space="preserve">выражать </w:t>
            </w:r>
            <w:r w:rsidRPr="00771ECD">
              <w:rPr>
                <w:rStyle w:val="c0"/>
                <w:rFonts w:eastAsiaTheme="majorEastAsia"/>
                <w:color w:val="000000"/>
              </w:rPr>
              <w:t>свое отношение к ней;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30" w:after="0" w:line="240" w:lineRule="auto"/>
              <w:ind w:left="135" w:firstLine="141"/>
              <w:jc w:val="both"/>
              <w:rPr>
                <w:rFonts w:ascii="Verdana" w:hAnsi="Verdana"/>
                <w:color w:val="333333"/>
                <w:lang w:val="ru-RU"/>
              </w:rPr>
            </w:pPr>
            <w:r w:rsidRPr="006007A5">
              <w:rPr>
                <w:color w:val="333333"/>
                <w:lang w:val="ru-RU"/>
              </w:rPr>
              <w:t>умение высказывать своё суждение об оформлении и структуре книг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30" w:after="0" w:line="240" w:lineRule="auto"/>
              <w:ind w:left="135" w:firstLine="141"/>
              <w:jc w:val="both"/>
              <w:rPr>
                <w:rFonts w:ascii="Verdana" w:hAnsi="Verdana"/>
                <w:color w:val="333333"/>
                <w:lang w:val="ru-RU"/>
              </w:rPr>
            </w:pPr>
            <w:r w:rsidRPr="006007A5">
              <w:rPr>
                <w:color w:val="000000"/>
                <w:shd w:val="clear" w:color="auto" w:fill="FFFFFF"/>
                <w:lang w:val="ru-RU"/>
              </w:rPr>
      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выводы.</w:t>
            </w:r>
            <w:r w:rsidRPr="00771ECD">
              <w:rPr>
                <w:color w:val="000000"/>
                <w:shd w:val="clear" w:color="auto" w:fill="FFFFFF"/>
              </w:rPr>
              <w:t> </w:t>
            </w:r>
          </w:p>
          <w:p w:rsidR="006007A5" w:rsidRPr="006007A5" w:rsidRDefault="006007A5" w:rsidP="004706F5">
            <w:pPr>
              <w:shd w:val="clear" w:color="auto" w:fill="FFFFFF"/>
              <w:spacing w:before="30"/>
              <w:ind w:left="135"/>
              <w:rPr>
                <w:rFonts w:ascii="Verdana" w:hAnsi="Verdana"/>
                <w:color w:val="333333"/>
                <w:lang w:val="ru-RU"/>
              </w:rPr>
            </w:pPr>
          </w:p>
          <w:p w:rsidR="006007A5" w:rsidRPr="006007A5" w:rsidRDefault="006007A5" w:rsidP="004706F5">
            <w:pPr>
              <w:rPr>
                <w:b/>
                <w:lang w:val="ru-RU"/>
              </w:rPr>
            </w:pPr>
          </w:p>
        </w:tc>
        <w:tc>
          <w:tcPr>
            <w:tcW w:w="4023" w:type="dxa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•Преобразовывать информацию из одной формы в другую на основе заданных алгоритмов самостоятельно выполнять творческие задания.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 Согласованно работать в группе: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а) планировать работу в группе;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б</w:t>
            </w:r>
            <w:proofErr w:type="gramStart"/>
            <w:r w:rsidRPr="006007A5">
              <w:rPr>
                <w:lang w:val="ru-RU"/>
              </w:rPr>
              <w:t>)р</w:t>
            </w:r>
            <w:proofErr w:type="gramEnd"/>
            <w:r w:rsidRPr="006007A5">
              <w:rPr>
                <w:lang w:val="ru-RU"/>
              </w:rPr>
              <w:t>аспределять работу между участниками;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в) понимать общую задачу и точно выполнять свою часть работы;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г) выполнять различные роли в группе (лидера, исполнителя, критика).</w:t>
            </w:r>
          </w:p>
        </w:tc>
      </w:tr>
      <w:tr w:rsidR="006007A5" w:rsidTr="004706F5">
        <w:trPr>
          <w:trHeight w:val="283"/>
        </w:trPr>
        <w:tc>
          <w:tcPr>
            <w:tcW w:w="15649" w:type="dxa"/>
            <w:gridSpan w:val="6"/>
          </w:tcPr>
          <w:p w:rsidR="006007A5" w:rsidRPr="00DB562E" w:rsidRDefault="006007A5" w:rsidP="004706F5">
            <w:pPr>
              <w:pStyle w:val="c6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8C71A0">
              <w:rPr>
                <w:rStyle w:val="c1"/>
                <w:b/>
                <w:bCs/>
                <w:color w:val="000000"/>
              </w:rPr>
              <w:t xml:space="preserve">Из литературы </w:t>
            </w:r>
            <w:r w:rsidRPr="008C71A0">
              <w:rPr>
                <w:rStyle w:val="c1"/>
                <w:b/>
                <w:bCs/>
                <w:color w:val="000000"/>
                <w:lang w:val="en-US"/>
              </w:rPr>
              <w:t>XVIII</w:t>
            </w:r>
            <w:r w:rsidRPr="008C71A0">
              <w:rPr>
                <w:rStyle w:val="c1"/>
                <w:b/>
                <w:bCs/>
                <w:color w:val="000000"/>
              </w:rPr>
              <w:t xml:space="preserve"> века</w:t>
            </w:r>
          </w:p>
        </w:tc>
      </w:tr>
      <w:tr w:rsidR="006007A5" w:rsidRPr="00EA3242" w:rsidTr="004706F5">
        <w:trPr>
          <w:trHeight w:val="418"/>
        </w:trPr>
        <w:tc>
          <w:tcPr>
            <w:tcW w:w="3669" w:type="dxa"/>
          </w:tcPr>
          <w:p w:rsidR="006007A5" w:rsidRDefault="006007A5" w:rsidP="004706F5">
            <w:pPr>
              <w:pStyle w:val="c63"/>
              <w:spacing w:before="0" w:beforeAutospacing="0" w:after="0" w:afterAutospacing="0"/>
              <w:jc w:val="both"/>
              <w:rPr>
                <w:color w:val="000000"/>
              </w:rPr>
            </w:pPr>
            <w:r w:rsidRPr="008C71A0">
              <w:rPr>
                <w:rStyle w:val="c1"/>
                <w:bCs/>
                <w:color w:val="000000"/>
              </w:rPr>
              <w:t xml:space="preserve">Н.М. Карамзин. </w:t>
            </w:r>
            <w:r w:rsidRPr="008C71A0">
              <w:rPr>
                <w:color w:val="000000"/>
              </w:rPr>
              <w:t>«</w:t>
            </w:r>
            <w:proofErr w:type="spellStart"/>
            <w:r w:rsidRPr="008C71A0">
              <w:rPr>
                <w:color w:val="000000"/>
              </w:rPr>
              <w:t>Сиерра</w:t>
            </w:r>
            <w:proofErr w:type="spellEnd"/>
            <w:r w:rsidRPr="008C71A0">
              <w:rPr>
                <w:color w:val="000000"/>
              </w:rPr>
              <w:t xml:space="preserve"> Морена». </w:t>
            </w:r>
          </w:p>
          <w:p w:rsidR="006007A5" w:rsidRPr="008C71A0" w:rsidRDefault="006007A5" w:rsidP="004706F5">
            <w:pPr>
              <w:pStyle w:val="c63"/>
              <w:spacing w:before="0" w:beforeAutospacing="0" w:after="0" w:afterAutospacing="0"/>
              <w:jc w:val="both"/>
            </w:pPr>
            <w:r w:rsidRPr="008C71A0">
              <w:rPr>
                <w:color w:val="000000"/>
              </w:rPr>
              <w:t>Проза русского романтизма. Мотив вселенского одиночества.</w:t>
            </w:r>
          </w:p>
          <w:p w:rsidR="006007A5" w:rsidRPr="008C71A0" w:rsidRDefault="006007A5" w:rsidP="004706F5">
            <w:pPr>
              <w:pStyle w:val="c63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 w:rsidRPr="008C71A0">
              <w:rPr>
                <w:rStyle w:val="c1"/>
                <w:bCs/>
                <w:color w:val="000000"/>
              </w:rPr>
              <w:t>И.А. Крылов.</w:t>
            </w:r>
            <w:r w:rsidRPr="008C71A0">
              <w:rPr>
                <w:rStyle w:val="c6"/>
                <w:color w:val="000000"/>
              </w:rPr>
              <w:t xml:space="preserve"> «Цветы». </w:t>
            </w:r>
          </w:p>
          <w:p w:rsidR="006007A5" w:rsidRPr="00FE7F49" w:rsidRDefault="006007A5" w:rsidP="004706F5"/>
        </w:tc>
        <w:tc>
          <w:tcPr>
            <w:tcW w:w="3977" w:type="dxa"/>
            <w:gridSpan w:val="2"/>
          </w:tcPr>
          <w:p w:rsidR="006007A5" w:rsidRPr="006007A5" w:rsidRDefault="006007A5" w:rsidP="006007A5">
            <w:pPr>
              <w:pStyle w:val="af"/>
              <w:numPr>
                <w:ilvl w:val="0"/>
                <w:numId w:val="17"/>
              </w:numPr>
              <w:spacing w:after="0" w:line="240" w:lineRule="auto"/>
              <w:ind w:left="168" w:firstLine="0"/>
              <w:rPr>
                <w:lang w:val="ru-RU"/>
              </w:rPr>
            </w:pPr>
            <w:r w:rsidRPr="006007A5">
              <w:rPr>
                <w:color w:val="000000"/>
                <w:shd w:val="clear" w:color="auto" w:fill="FFFFFF"/>
                <w:lang w:val="ru-RU"/>
              </w:rPr>
      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</w:p>
        </w:tc>
        <w:tc>
          <w:tcPr>
            <w:tcW w:w="3980" w:type="dxa"/>
            <w:gridSpan w:val="2"/>
          </w:tcPr>
          <w:p w:rsidR="006007A5" w:rsidRPr="00DB562E" w:rsidRDefault="006007A5" w:rsidP="006007A5">
            <w:pPr>
              <w:pStyle w:val="c2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/>
              <w:ind w:left="293" w:hanging="141"/>
              <w:jc w:val="both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умение формулировать тему, задачи, цели урока, умение принимать и сохранять учебную задачу.</w:t>
            </w:r>
          </w:p>
          <w:p w:rsidR="006007A5" w:rsidRPr="00DB562E" w:rsidRDefault="006007A5" w:rsidP="006007A5">
            <w:pPr>
              <w:pStyle w:val="c2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/>
              <w:ind w:left="293" w:hanging="141"/>
              <w:jc w:val="both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умение работать с информацией на уроке, связно излагать мысли.</w:t>
            </w:r>
          </w:p>
          <w:p w:rsidR="006007A5" w:rsidRPr="00DB562E" w:rsidRDefault="006007A5" w:rsidP="006007A5">
            <w:pPr>
              <w:pStyle w:val="c2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/>
              <w:ind w:left="293" w:hanging="141"/>
              <w:jc w:val="both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Сохранять и развивать умение сотрудничать в паре и группе. Отвечать на вопросы, слушать и слышать их.</w:t>
            </w:r>
          </w:p>
          <w:p w:rsidR="006007A5" w:rsidRPr="00DB562E" w:rsidRDefault="006007A5" w:rsidP="006007A5">
            <w:pPr>
              <w:pStyle w:val="c2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/>
              <w:ind w:left="293" w:hanging="141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Формулировать, высказывать и обосновывать свою точку зрения.</w:t>
            </w:r>
          </w:p>
        </w:tc>
        <w:tc>
          <w:tcPr>
            <w:tcW w:w="4023" w:type="dxa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Проговаривать последовательность действий на занятии.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•Учиться работать по предложенному учителем плану.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•Учиться отличать </w:t>
            </w:r>
            <w:proofErr w:type="gramStart"/>
            <w:r w:rsidRPr="006007A5">
              <w:rPr>
                <w:lang w:val="ru-RU"/>
              </w:rPr>
              <w:t>верно</w:t>
            </w:r>
            <w:proofErr w:type="gramEnd"/>
            <w:r w:rsidRPr="006007A5">
              <w:rPr>
                <w:lang w:val="ru-RU"/>
              </w:rPr>
              <w:t xml:space="preserve"> выполненное задание от неверного.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 Учиться совместно с учителем и другими учениками давать эмоциональную оценку деятельности класса на занятии.</w:t>
            </w:r>
          </w:p>
        </w:tc>
      </w:tr>
      <w:tr w:rsidR="006007A5" w:rsidRPr="00EA3242" w:rsidTr="004706F5">
        <w:trPr>
          <w:trHeight w:val="272"/>
        </w:trPr>
        <w:tc>
          <w:tcPr>
            <w:tcW w:w="15649" w:type="dxa"/>
            <w:gridSpan w:val="6"/>
          </w:tcPr>
          <w:p w:rsidR="006007A5" w:rsidRPr="006007A5" w:rsidRDefault="006007A5" w:rsidP="004706F5">
            <w:pPr>
              <w:ind w:left="720"/>
              <w:jc w:val="center"/>
              <w:rPr>
                <w:lang w:val="ru-RU"/>
              </w:rPr>
            </w:pPr>
            <w:r w:rsidRPr="006007A5">
              <w:rPr>
                <w:rStyle w:val="c1"/>
                <w:b/>
                <w:bCs/>
                <w:color w:val="000000"/>
                <w:lang w:val="ru-RU"/>
              </w:rPr>
              <w:lastRenderedPageBreak/>
              <w:t xml:space="preserve">Из русской литературы </w:t>
            </w:r>
            <w:r w:rsidRPr="00DB562E">
              <w:rPr>
                <w:rStyle w:val="c1"/>
                <w:b/>
                <w:bCs/>
                <w:color w:val="000000"/>
              </w:rPr>
              <w:t>XIX</w:t>
            </w:r>
            <w:r w:rsidRPr="006007A5">
              <w:rPr>
                <w:rStyle w:val="c1"/>
                <w:b/>
                <w:bCs/>
                <w:color w:val="000000"/>
                <w:lang w:val="ru-RU"/>
              </w:rPr>
              <w:t xml:space="preserve"> века</w:t>
            </w:r>
          </w:p>
        </w:tc>
      </w:tr>
      <w:tr w:rsidR="006007A5" w:rsidRPr="00EA3242" w:rsidTr="004706F5">
        <w:trPr>
          <w:trHeight w:val="231"/>
        </w:trPr>
        <w:tc>
          <w:tcPr>
            <w:tcW w:w="3669" w:type="dxa"/>
          </w:tcPr>
          <w:p w:rsidR="006007A5" w:rsidRPr="008C71A0" w:rsidRDefault="006007A5" w:rsidP="004706F5">
            <w:pPr>
              <w:pStyle w:val="c63"/>
              <w:spacing w:before="0" w:beforeAutospacing="0" w:after="0" w:afterAutospacing="0"/>
              <w:rPr>
                <w:rFonts w:eastAsia="TimesNewRomanPSMT"/>
                <w:color w:val="000000"/>
              </w:rPr>
            </w:pPr>
            <w:r w:rsidRPr="008C71A0">
              <w:rPr>
                <w:rFonts w:eastAsia="TimesNewRomanPSMT"/>
                <w:color w:val="000000"/>
              </w:rPr>
              <w:t xml:space="preserve">А.А. Бестужев-Марлинский. «Вечер на бивуаке». Лицемерие и эгоизм светского </w:t>
            </w:r>
            <w:proofErr w:type="gramStart"/>
            <w:r w:rsidRPr="008C71A0">
              <w:rPr>
                <w:rFonts w:eastAsia="TimesNewRomanPSMT"/>
                <w:color w:val="000000"/>
              </w:rPr>
              <w:t>общества</w:t>
            </w:r>
            <w:proofErr w:type="gramEnd"/>
            <w:r w:rsidRPr="008C71A0">
              <w:rPr>
                <w:rFonts w:eastAsia="TimesNewRomanPSMT"/>
                <w:color w:val="000000"/>
              </w:rPr>
              <w:t xml:space="preserve"> и благородство чувств героя рассказа.</w:t>
            </w:r>
          </w:p>
          <w:p w:rsidR="006007A5" w:rsidRPr="008C71A0" w:rsidRDefault="006007A5" w:rsidP="004706F5">
            <w:pPr>
              <w:pStyle w:val="c63"/>
              <w:spacing w:before="0" w:beforeAutospacing="0" w:after="0" w:afterAutospacing="0"/>
            </w:pPr>
            <w:r w:rsidRPr="008C71A0">
              <w:rPr>
                <w:rStyle w:val="c1"/>
                <w:bCs/>
                <w:color w:val="000000"/>
              </w:rPr>
              <w:t>А.С. Пушкин.</w:t>
            </w:r>
            <w:r w:rsidRPr="008C71A0">
              <w:t xml:space="preserve"> «Скупой рыцарь» – «ужасный век, ужасные сердца».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lang w:val="ru-RU"/>
              </w:rPr>
            </w:pPr>
            <w:r w:rsidRPr="006007A5">
              <w:rPr>
                <w:bCs/>
                <w:iCs/>
                <w:color w:val="000000"/>
                <w:lang w:val="ru-RU"/>
              </w:rPr>
              <w:t>В.И. Дал</w:t>
            </w:r>
            <w:r w:rsidRPr="006007A5">
              <w:rPr>
                <w:color w:val="000000"/>
                <w:lang w:val="ru-RU"/>
              </w:rPr>
              <w:t>ь. Сказка «Что значит досуг?».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И.С. Тургенев.</w:t>
            </w:r>
            <w:r w:rsidRPr="008C71A0">
              <w:rPr>
                <w:rStyle w:val="apple-converted-space"/>
                <w:bCs/>
                <w:color w:val="000000"/>
              </w:rPr>
              <w:t> </w:t>
            </w:r>
            <w:r w:rsidRPr="006007A5">
              <w:rPr>
                <w:lang w:val="ru-RU"/>
              </w:rPr>
              <w:t>«Бурмистр». Влияние крепостного права на людей.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Н.А. Некрасов.</w:t>
            </w:r>
            <w:r w:rsidRPr="008C71A0">
              <w:rPr>
                <w:rStyle w:val="apple-converted-space"/>
                <w:bCs/>
                <w:color w:val="000000"/>
              </w:rPr>
              <w:t> </w:t>
            </w:r>
            <w:r w:rsidRPr="006007A5">
              <w:rPr>
                <w:lang w:val="ru-RU"/>
              </w:rPr>
              <w:t>«Школьник».</w:t>
            </w:r>
          </w:p>
          <w:p w:rsidR="006007A5" w:rsidRPr="008C71A0" w:rsidRDefault="006007A5" w:rsidP="004706F5">
            <w:pPr>
              <w:pStyle w:val="c7"/>
              <w:spacing w:before="0" w:beforeAutospacing="0" w:after="0" w:afterAutospacing="0"/>
              <w:jc w:val="both"/>
              <w:rPr>
                <w:rStyle w:val="c1"/>
                <w:b/>
                <w:bCs/>
                <w:color w:val="000000"/>
              </w:rPr>
            </w:pPr>
            <w:r w:rsidRPr="008C71A0">
              <w:t>Толстой Л.Н. «Два това</w:t>
            </w:r>
            <w:r w:rsidR="00295B63">
              <w:t>рища», «Лгун», «Отец и сыновья», «Бедные люди».</w:t>
            </w:r>
          </w:p>
          <w:p w:rsidR="006007A5" w:rsidRPr="008C71A0" w:rsidRDefault="006007A5" w:rsidP="004706F5">
            <w:pPr>
              <w:pStyle w:val="c85"/>
              <w:spacing w:before="0" w:beforeAutospacing="0" w:after="0" w:afterAutospacing="0"/>
              <w:ind w:right="24"/>
              <w:jc w:val="both"/>
            </w:pPr>
            <w:r w:rsidRPr="008C71A0">
              <w:rPr>
                <w:rStyle w:val="c1"/>
                <w:bCs/>
                <w:color w:val="000000"/>
              </w:rPr>
              <w:t xml:space="preserve">Н.С. Лесков. </w:t>
            </w:r>
            <w:r w:rsidRPr="008C71A0">
              <w:t>«Христос в гостях у мужика».</w:t>
            </w:r>
          </w:p>
          <w:p w:rsidR="006007A5" w:rsidRPr="00DB562E" w:rsidRDefault="006007A5" w:rsidP="004706F5">
            <w:r w:rsidRPr="006007A5">
              <w:rPr>
                <w:bCs/>
                <w:iCs/>
                <w:color w:val="000000"/>
                <w:lang w:val="ru-RU"/>
              </w:rPr>
              <w:t xml:space="preserve">К.М. Станюкович. </w:t>
            </w:r>
            <w:r w:rsidRPr="006007A5">
              <w:rPr>
                <w:color w:val="000000"/>
                <w:lang w:val="ru-RU"/>
              </w:rPr>
              <w:t xml:space="preserve">«Рождественская ночь». </w:t>
            </w:r>
            <w:proofErr w:type="spellStart"/>
            <w:r w:rsidRPr="00DB562E">
              <w:rPr>
                <w:color w:val="000000"/>
              </w:rPr>
              <w:t>Милосердие</w:t>
            </w:r>
            <w:proofErr w:type="spellEnd"/>
            <w:r w:rsidRPr="00DB562E">
              <w:rPr>
                <w:color w:val="000000"/>
              </w:rPr>
              <w:t xml:space="preserve"> и </w:t>
            </w:r>
            <w:proofErr w:type="spellStart"/>
            <w:r w:rsidRPr="00DB562E">
              <w:rPr>
                <w:color w:val="000000"/>
              </w:rPr>
              <w:t>вера</w:t>
            </w:r>
            <w:proofErr w:type="spellEnd"/>
            <w:r w:rsidRPr="00DB562E">
              <w:rPr>
                <w:color w:val="000000"/>
              </w:rPr>
              <w:t>.</w:t>
            </w:r>
          </w:p>
        </w:tc>
        <w:tc>
          <w:tcPr>
            <w:tcW w:w="3977" w:type="dxa"/>
            <w:gridSpan w:val="2"/>
          </w:tcPr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• понимание связи литературных произведений с эпохой их написания, выявление заложенных в них вневременных, непреходящих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нравственных ценностей и их современного звучания;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• умение анализировать литературное произведение: определять его принадлежность к одному из литературных родов и жанров; понимать и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формулировать тему, идею, нравственный пафос литературного произведения, характеризовать его героев, сопоставлять героев одного или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нескольких произведений;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определение в произведении элементов сюжета, композиции, изобразительно-выразительных средств языка, понимание их роли </w:t>
            </w:r>
            <w:proofErr w:type="gramStart"/>
            <w:r w:rsidRPr="006007A5">
              <w:rPr>
                <w:lang w:val="ru-RU"/>
              </w:rPr>
              <w:t>в</w:t>
            </w:r>
            <w:proofErr w:type="gramEnd"/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proofErr w:type="gramStart"/>
            <w:r w:rsidRPr="006007A5">
              <w:rPr>
                <w:lang w:val="ru-RU"/>
              </w:rPr>
              <w:t>раскрытии</w:t>
            </w:r>
            <w:proofErr w:type="gramEnd"/>
            <w:r w:rsidRPr="006007A5">
              <w:rPr>
                <w:lang w:val="ru-RU"/>
              </w:rPr>
              <w:t xml:space="preserve"> идейно-художественного содержания произведения (элементы филологического анализа);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• владение элементарной литературоведческой терминологией при анализе литературного произведения;</w:t>
            </w:r>
          </w:p>
        </w:tc>
        <w:tc>
          <w:tcPr>
            <w:tcW w:w="3980" w:type="dxa"/>
            <w:gridSpan w:val="2"/>
          </w:tcPr>
          <w:p w:rsidR="006007A5" w:rsidRPr="006007A5" w:rsidRDefault="006007A5" w:rsidP="006007A5">
            <w:pPr>
              <w:pStyle w:val="af"/>
              <w:numPr>
                <w:ilvl w:val="0"/>
                <w:numId w:val="34"/>
              </w:numPr>
              <w:spacing w:after="0" w:line="240" w:lineRule="auto"/>
              <w:ind w:left="154" w:hanging="154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учитывать разные мнения и стремиться к координации различных позиций в сотрудничестве;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2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формулировать собственное мнение и позицию, аргументировать её и координировать её с позициями партнёров в сотрудничестве</w:t>
            </w:r>
          </w:p>
          <w:p w:rsidR="006007A5" w:rsidRPr="006007A5" w:rsidRDefault="006007A5" w:rsidP="004706F5">
            <w:pPr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при выработке общего решения в совместной деятельности;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3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устанавливать и сравнивать разные точки зрения прежде, чем принимать решения и делать выборы;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3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договариваться и приходить к общему решению в совместной деятельности, в том числе в ситуации столкновения интересов;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3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задавать вопросы, необходимые для организации собственной деятельности и сотрудничества с партнёром;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3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осуществлять взаимный контроль и оказывать в сотрудничестве необходимую взаимопомощь;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3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осознание важности коммуникативных умений в жизни человека;</w:t>
            </w:r>
          </w:p>
        </w:tc>
        <w:tc>
          <w:tcPr>
            <w:tcW w:w="4023" w:type="dxa"/>
          </w:tcPr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воспринимать художественный текст как произведение искусства, послание автора читателю, современнику и потомку;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proofErr w:type="gramStart"/>
            <w:r w:rsidRPr="006007A5">
              <w:rPr>
                <w:lang w:val="ru-RU"/>
              </w:rPr>
              <w:t xml:space="preserve">• определять для себя актуальную и перспективную цели чтения художественной литературы; выбирать произведения для самостоятельного чтения; </w:t>
            </w:r>
            <w:proofErr w:type="gramEnd"/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выявлять и интерпретировать авторскую позицию, определяя своё к ней отношение, и на этой основе формировать собственные ценностные ориентации;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определять актуальность произведений для читателей разных поколений и вступать в диалог с другими читателями;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анализировать и истолковывать произведения разной жанровой природы, аргументированно формулируя своё отношение к </w:t>
            </w:r>
            <w:proofErr w:type="gramStart"/>
            <w:r w:rsidRPr="006007A5">
              <w:rPr>
                <w:lang w:val="ru-RU"/>
              </w:rPr>
              <w:t>прочитанному</w:t>
            </w:r>
            <w:proofErr w:type="gramEnd"/>
            <w:r w:rsidRPr="006007A5">
              <w:rPr>
                <w:lang w:val="ru-RU"/>
              </w:rPr>
              <w:t xml:space="preserve">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• создавать собственный текст аналитического и интерпретирующего характера в различных форматах; • сопоставлять произведение словесного искусства и его воплощение в других искусствах; • работать с разными источниками информации и владеть основными способами её обработки и презентации.</w:t>
            </w:r>
          </w:p>
        </w:tc>
      </w:tr>
      <w:tr w:rsidR="006007A5" w:rsidRPr="00EA3242" w:rsidTr="004706F5">
        <w:trPr>
          <w:trHeight w:val="231"/>
        </w:trPr>
        <w:tc>
          <w:tcPr>
            <w:tcW w:w="15649" w:type="dxa"/>
            <w:gridSpan w:val="6"/>
          </w:tcPr>
          <w:p w:rsidR="006007A5" w:rsidRPr="006007A5" w:rsidRDefault="006007A5" w:rsidP="006007A5">
            <w:pPr>
              <w:pStyle w:val="c7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8C71A0">
              <w:rPr>
                <w:rStyle w:val="c1"/>
                <w:b/>
                <w:bCs/>
                <w:color w:val="000000"/>
              </w:rPr>
              <w:t>Из русской литературы XX века</w:t>
            </w:r>
          </w:p>
        </w:tc>
      </w:tr>
      <w:tr w:rsidR="006007A5" w:rsidRPr="00EA3242" w:rsidTr="004706F5">
        <w:trPr>
          <w:trHeight w:val="231"/>
        </w:trPr>
        <w:tc>
          <w:tcPr>
            <w:tcW w:w="3669" w:type="dxa"/>
          </w:tcPr>
          <w:p w:rsidR="006007A5" w:rsidRPr="008C71A0" w:rsidRDefault="006007A5" w:rsidP="004706F5">
            <w:pPr>
              <w:pStyle w:val="c18"/>
              <w:spacing w:before="0" w:beforeAutospacing="0" w:after="0" w:afterAutospacing="0"/>
              <w:ind w:right="14"/>
              <w:jc w:val="both"/>
              <w:rPr>
                <w:bCs/>
              </w:rPr>
            </w:pPr>
            <w:r w:rsidRPr="008C71A0">
              <w:rPr>
                <w:bCs/>
              </w:rPr>
              <w:t xml:space="preserve">М.М. Зощенко. «История </w:t>
            </w:r>
            <w:r w:rsidRPr="008C71A0">
              <w:rPr>
                <w:bCs/>
              </w:rPr>
              <w:lastRenderedPageBreak/>
              <w:t xml:space="preserve">болезни». 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ind w:right="14"/>
              <w:jc w:val="both"/>
              <w:rPr>
                <w:bCs/>
              </w:rPr>
            </w:pPr>
            <w:r w:rsidRPr="008C71A0">
              <w:rPr>
                <w:bCs/>
              </w:rPr>
              <w:t>М.М. Пришвин «Лесная капель».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ind w:right="14"/>
              <w:jc w:val="both"/>
            </w:pPr>
            <w:r w:rsidRPr="008C71A0">
              <w:t>А.С. Грин. «Окно в лесу».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А.П. Платонов. «Корова».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А.П. Гайдар. «Васёк Трубачёв и его товарищи».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Л. Пантелеев. Г. Белых. «Республика ШКИД».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rFonts w:eastAsia="TimesNewRomanPSMT"/>
                <w:color w:val="000000"/>
                <w:lang w:val="ru-RU"/>
              </w:rPr>
            </w:pPr>
            <w:r w:rsidRPr="006007A5">
              <w:rPr>
                <w:rFonts w:eastAsia="TimesNewRomanPSMT"/>
                <w:color w:val="000000"/>
                <w:lang w:val="ru-RU"/>
              </w:rPr>
              <w:t xml:space="preserve">В.А. Сухомлинский «Легенда о материнской любви». </w:t>
            </w:r>
          </w:p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Ю.И. Коваль. Рассказ на выбор.</w:t>
            </w:r>
            <w:r w:rsidRPr="008C71A0">
              <w:rPr>
                <w:rStyle w:val="apple-converted-space"/>
                <w:bCs/>
                <w:color w:val="000000"/>
              </w:rPr>
              <w:t> 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jc w:val="both"/>
            </w:pPr>
            <w:r w:rsidRPr="008C71A0">
              <w:t>Ч.Т. Айтматов. «Белый пароход».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jc w:val="both"/>
            </w:pPr>
            <w:r w:rsidRPr="008C71A0">
              <w:t xml:space="preserve">Б.Л. Васильев. «Экспонат №…». Проблема </w:t>
            </w:r>
            <w:proofErr w:type="gramStart"/>
            <w:r w:rsidRPr="008C71A0">
              <w:t>истинного</w:t>
            </w:r>
            <w:proofErr w:type="gramEnd"/>
            <w:r w:rsidRPr="008C71A0">
              <w:t xml:space="preserve"> и ложного. 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jc w:val="both"/>
              <w:rPr>
                <w:bCs/>
              </w:rPr>
            </w:pPr>
            <w:r w:rsidRPr="008C71A0">
              <w:rPr>
                <w:bCs/>
              </w:rPr>
              <w:t xml:space="preserve">В.П. Астафьев. «Мальчик в белой рубашке». 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</w:pPr>
            <w:r w:rsidRPr="008C71A0">
              <w:rPr>
                <w:rFonts w:eastAsia="TimesNewRomanPSMT"/>
                <w:color w:val="000000"/>
              </w:rPr>
              <w:t xml:space="preserve">Н.Д. </w:t>
            </w:r>
            <w:proofErr w:type="spellStart"/>
            <w:r w:rsidRPr="008C71A0">
              <w:rPr>
                <w:rFonts w:eastAsia="TimesNewRomanPSMT"/>
                <w:color w:val="000000"/>
              </w:rPr>
              <w:t>Телешов</w:t>
            </w:r>
            <w:proofErr w:type="spellEnd"/>
            <w:r w:rsidRPr="008C71A0">
              <w:rPr>
                <w:rFonts w:eastAsia="TimesNewRomanPSMT"/>
                <w:color w:val="000000"/>
              </w:rPr>
              <w:t xml:space="preserve">. «Белая цапля». Назначение человека и его ответственность перед будущим. </w:t>
            </w:r>
          </w:p>
          <w:p w:rsidR="006007A5" w:rsidRPr="008C71A0" w:rsidRDefault="006007A5" w:rsidP="004706F5">
            <w:pPr>
              <w:pStyle w:val="c18"/>
              <w:spacing w:before="0" w:beforeAutospacing="0" w:after="0" w:afterAutospacing="0"/>
              <w:jc w:val="both"/>
              <w:rPr>
                <w:color w:val="000000"/>
              </w:rPr>
            </w:pPr>
            <w:r w:rsidRPr="008C71A0">
              <w:rPr>
                <w:rStyle w:val="c1"/>
                <w:bCs/>
                <w:color w:val="000000"/>
              </w:rPr>
              <w:t>Героизм русского человека в поэзии XX века.</w:t>
            </w:r>
          </w:p>
          <w:p w:rsidR="006007A5" w:rsidRPr="008C71A0" w:rsidRDefault="006007A5" w:rsidP="004706F5">
            <w:pPr>
              <w:pStyle w:val="c63"/>
              <w:spacing w:before="0" w:beforeAutospacing="0" w:after="0" w:afterAutospacing="0"/>
              <w:rPr>
                <w:rFonts w:eastAsia="TimesNewRomanPSMT"/>
                <w:color w:val="000000"/>
              </w:rPr>
            </w:pPr>
          </w:p>
        </w:tc>
        <w:tc>
          <w:tcPr>
            <w:tcW w:w="3977" w:type="dxa"/>
            <w:gridSpan w:val="2"/>
          </w:tcPr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lastRenderedPageBreak/>
              <w:t xml:space="preserve">понимание связи литературных </w:t>
            </w:r>
            <w:r w:rsidRPr="006007A5">
              <w:rPr>
                <w:lang w:val="ru-RU"/>
              </w:rPr>
              <w:lastRenderedPageBreak/>
              <w:t>произведений с эпохой их написания, выявление заложенных в них вневременных, непреходящих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нравственных ценностей и их современного звучания;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• умение анализировать литературное произведение: определять его принадлежность к одному из литературных родов и жанров; понимать и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формулировать тему, идею, нравственный пафос литературного произведения, характеризовать его героев, сопоставлять героев одного или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нескольких произведений;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определение в произведении элементов сюжета, композиции, изобразительно-выразительных средств языка, понимание их роли </w:t>
            </w:r>
            <w:proofErr w:type="gramStart"/>
            <w:r w:rsidRPr="006007A5">
              <w:rPr>
                <w:lang w:val="ru-RU"/>
              </w:rPr>
              <w:t>в</w:t>
            </w:r>
            <w:proofErr w:type="gramEnd"/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proofErr w:type="gramStart"/>
            <w:r w:rsidRPr="006007A5">
              <w:rPr>
                <w:lang w:val="ru-RU"/>
              </w:rPr>
              <w:t>раскрытии</w:t>
            </w:r>
            <w:proofErr w:type="gramEnd"/>
            <w:r w:rsidRPr="006007A5">
              <w:rPr>
                <w:lang w:val="ru-RU"/>
              </w:rPr>
              <w:t xml:space="preserve"> идейно-художественного содержания произведения (элементы филологического анализа);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 владение элементарной литературоведческой терминологией при анализе литературного произведения;</w:t>
            </w:r>
          </w:p>
        </w:tc>
        <w:tc>
          <w:tcPr>
            <w:tcW w:w="3980" w:type="dxa"/>
            <w:gridSpan w:val="2"/>
          </w:tcPr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lastRenderedPageBreak/>
              <w:t xml:space="preserve">умение оформлять свои мысли в </w:t>
            </w:r>
            <w:r w:rsidRPr="006007A5">
              <w:rPr>
                <w:lang w:val="ru-RU"/>
              </w:rPr>
              <w:lastRenderedPageBreak/>
              <w:t>устной и письменной форме с учётом речевой ситуации; создавать тексты различного типа, стиля, жанра;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оценивать и редактировать устное и письменное речевое высказывание;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умение адекватно использовать речевые средства для решения различных коммуникативных задач; владеть монологической и </w:t>
            </w:r>
            <w:proofErr w:type="spellStart"/>
            <w:r w:rsidRPr="006007A5">
              <w:rPr>
                <w:lang w:val="ru-RU"/>
              </w:rPr>
              <w:t>диалогическойформами</w:t>
            </w:r>
            <w:proofErr w:type="spellEnd"/>
            <w:r w:rsidRPr="006007A5">
              <w:rPr>
                <w:lang w:val="ru-RU"/>
              </w:rPr>
              <w:t xml:space="preserve"> речи, различными видами монолога и диалога;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высказывать и обосновывать свою точку зрения;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слушать и слышать других, пытаться принимать иную точку зрения, быть готовым корректировать свою точку зрения;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выступать перед аудиторией сверстников с сообщениями;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35"/>
              </w:numPr>
              <w:spacing w:after="0" w:line="240" w:lineRule="auto"/>
              <w:ind w:left="154" w:hanging="14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умение договариваться и приходить к общему решению в совместной деятельности;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</w:p>
        </w:tc>
        <w:tc>
          <w:tcPr>
            <w:tcW w:w="4023" w:type="dxa"/>
          </w:tcPr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lastRenderedPageBreak/>
              <w:t xml:space="preserve">осознанно воспринимать </w:t>
            </w:r>
            <w:r w:rsidRPr="006007A5">
              <w:rPr>
                <w:lang w:val="ru-RU"/>
              </w:rPr>
              <w:lastRenderedPageBreak/>
              <w:t xml:space="preserve">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воспринимать художественный текст как произведение искусства, послание автора читателю, современнику и потомку;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выявлять и интерпретировать авторскую позицию, определяя своё к ней отношение, и на этой основе формировать собственные ценностные ориентации;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определять актуальность произведений для читателей разных поколений и вступать в диалог с другими читателями; </w:t>
            </w:r>
          </w:p>
          <w:p w:rsidR="006007A5" w:rsidRPr="006007A5" w:rsidRDefault="006007A5" w:rsidP="004706F5">
            <w:pPr>
              <w:ind w:firstLine="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• анализировать и истолковывать произведения разной жанровой природы, аргументированно формулируя своё отношение к </w:t>
            </w:r>
            <w:proofErr w:type="gramStart"/>
            <w:r w:rsidRPr="006007A5">
              <w:rPr>
                <w:lang w:val="ru-RU"/>
              </w:rPr>
              <w:t>прочитанному</w:t>
            </w:r>
            <w:proofErr w:type="gramEnd"/>
            <w:r w:rsidRPr="006007A5">
              <w:rPr>
                <w:lang w:val="ru-RU"/>
              </w:rPr>
              <w:t xml:space="preserve">; 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• создавать собственный текст аналитического и интерпретирующего характера в различных форматах; • сопоставлять произведение словесного искусства и его воплощение в других искусствах; • работать с разными источниками информации и владеть основными способами её обработки и презентации.</w:t>
            </w:r>
          </w:p>
        </w:tc>
      </w:tr>
    </w:tbl>
    <w:p w:rsidR="004E0F59" w:rsidRDefault="008324AF" w:rsidP="008324AF">
      <w:pPr>
        <w:outlineLvl w:val="0"/>
        <w:rPr>
          <w:b/>
          <w:sz w:val="28"/>
          <w:lang w:val="ru-RU"/>
        </w:rPr>
      </w:pPr>
      <w:r>
        <w:rPr>
          <w:b/>
          <w:sz w:val="28"/>
          <w:lang w:val="ru-RU"/>
        </w:rPr>
        <w:lastRenderedPageBreak/>
        <w:t xml:space="preserve">                                                                            </w:t>
      </w:r>
      <w:r w:rsidR="004E0F59">
        <w:rPr>
          <w:b/>
          <w:sz w:val="28"/>
          <w:lang w:val="ru-RU"/>
        </w:rPr>
        <w:t>ТЕМАТИЧЕСКОЕ ПЛАНИРОВАНИЕ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33"/>
        <w:gridCol w:w="8635"/>
        <w:gridCol w:w="4751"/>
      </w:tblGrid>
      <w:tr w:rsidR="004E0F59" w:rsidTr="004E0F59">
        <w:tc>
          <w:tcPr>
            <w:tcW w:w="833" w:type="dxa"/>
          </w:tcPr>
          <w:p w:rsidR="004E0F59" w:rsidRPr="004E0F59" w:rsidRDefault="004E0F59" w:rsidP="006007A5">
            <w:pPr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4E0F59">
              <w:rPr>
                <w:sz w:val="24"/>
                <w:szCs w:val="24"/>
                <w:lang w:val="ru-RU"/>
              </w:rPr>
              <w:t>№/№</w:t>
            </w:r>
          </w:p>
        </w:tc>
        <w:tc>
          <w:tcPr>
            <w:tcW w:w="9029" w:type="dxa"/>
          </w:tcPr>
          <w:p w:rsidR="004E0F59" w:rsidRPr="004E0F59" w:rsidRDefault="004E0F59" w:rsidP="006007A5">
            <w:pPr>
              <w:jc w:val="center"/>
              <w:outlineLvl w:val="0"/>
              <w:rPr>
                <w:sz w:val="28"/>
                <w:lang w:val="ru-RU"/>
              </w:rPr>
            </w:pPr>
            <w:r w:rsidRPr="004E0F59">
              <w:rPr>
                <w:sz w:val="28"/>
                <w:lang w:val="ru-RU"/>
              </w:rPr>
              <w:t>Название разделов</w:t>
            </w:r>
          </w:p>
        </w:tc>
        <w:tc>
          <w:tcPr>
            <w:tcW w:w="4924" w:type="dxa"/>
          </w:tcPr>
          <w:p w:rsidR="004E0F59" w:rsidRPr="004E0F59" w:rsidRDefault="004E0F59" w:rsidP="006007A5">
            <w:pPr>
              <w:jc w:val="center"/>
              <w:outlineLvl w:val="0"/>
              <w:rPr>
                <w:sz w:val="28"/>
                <w:lang w:val="ru-RU"/>
              </w:rPr>
            </w:pPr>
            <w:r w:rsidRPr="004E0F59">
              <w:rPr>
                <w:sz w:val="28"/>
                <w:lang w:val="ru-RU"/>
              </w:rPr>
              <w:t>Количество часов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1.</w:t>
            </w: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  <w:proofErr w:type="spellStart"/>
            <w:r w:rsidRPr="004E0F59">
              <w:t>Устное</w:t>
            </w:r>
            <w:proofErr w:type="spellEnd"/>
            <w:r w:rsidRPr="004E0F59">
              <w:rPr>
                <w:lang w:val="ru-RU"/>
              </w:rPr>
              <w:t xml:space="preserve"> </w:t>
            </w:r>
            <w:r w:rsidRPr="004E0F59">
              <w:t xml:space="preserve"> </w:t>
            </w:r>
            <w:proofErr w:type="spellStart"/>
            <w:r w:rsidRPr="004E0F59">
              <w:t>народное</w:t>
            </w:r>
            <w:proofErr w:type="spellEnd"/>
            <w:r w:rsidRPr="004E0F59">
              <w:t xml:space="preserve"> </w:t>
            </w:r>
            <w:proofErr w:type="spellStart"/>
            <w:r w:rsidRPr="004E0F59">
              <w:t>творчество</w:t>
            </w:r>
            <w:proofErr w:type="spellEnd"/>
          </w:p>
        </w:tc>
        <w:tc>
          <w:tcPr>
            <w:tcW w:w="4924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2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2.</w:t>
            </w: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  <w:proofErr w:type="spellStart"/>
            <w:r w:rsidRPr="004E0F59">
              <w:rPr>
                <w:bCs/>
              </w:rPr>
              <w:t>Древнерусская</w:t>
            </w:r>
            <w:proofErr w:type="spellEnd"/>
            <w:r w:rsidRPr="004E0F59">
              <w:rPr>
                <w:bCs/>
              </w:rPr>
              <w:t xml:space="preserve"> </w:t>
            </w:r>
            <w:proofErr w:type="spellStart"/>
            <w:r w:rsidRPr="004E0F59">
              <w:rPr>
                <w:bCs/>
              </w:rPr>
              <w:t>литература</w:t>
            </w:r>
            <w:proofErr w:type="spellEnd"/>
          </w:p>
        </w:tc>
        <w:tc>
          <w:tcPr>
            <w:tcW w:w="4924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2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3.</w:t>
            </w: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  <w:r w:rsidRPr="004E0F59">
              <w:rPr>
                <w:bCs/>
                <w:lang w:val="ru-RU"/>
              </w:rPr>
              <w:t xml:space="preserve">Русская литература </w:t>
            </w:r>
            <w:r w:rsidRPr="004E0F59">
              <w:rPr>
                <w:bCs/>
              </w:rPr>
              <w:t>XVIII</w:t>
            </w:r>
            <w:r w:rsidRPr="004E0F59">
              <w:rPr>
                <w:bCs/>
                <w:lang w:val="ru-RU"/>
              </w:rPr>
              <w:t xml:space="preserve"> века</w:t>
            </w:r>
          </w:p>
        </w:tc>
        <w:tc>
          <w:tcPr>
            <w:tcW w:w="4924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2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4.</w:t>
            </w: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  <w:r w:rsidRPr="004E0F59">
              <w:rPr>
                <w:bCs/>
                <w:lang w:val="ru-RU"/>
              </w:rPr>
              <w:t xml:space="preserve">Русская литература </w:t>
            </w:r>
            <w:r w:rsidRPr="004E0F59">
              <w:rPr>
                <w:bCs/>
              </w:rPr>
              <w:t>XIX</w:t>
            </w:r>
            <w:r w:rsidRPr="004E0F59">
              <w:rPr>
                <w:bCs/>
                <w:lang w:val="ru-RU"/>
              </w:rPr>
              <w:t xml:space="preserve"> века</w:t>
            </w:r>
          </w:p>
        </w:tc>
        <w:tc>
          <w:tcPr>
            <w:tcW w:w="4924" w:type="dxa"/>
          </w:tcPr>
          <w:p w:rsidR="004E0F59" w:rsidRPr="004E0F59" w:rsidRDefault="004E0F59" w:rsidP="00295B63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1</w:t>
            </w:r>
            <w:r w:rsidR="00295B63">
              <w:rPr>
                <w:lang w:val="ru-RU"/>
              </w:rPr>
              <w:t>1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5.</w:t>
            </w: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  <w:r w:rsidRPr="004E0F59">
              <w:rPr>
                <w:bCs/>
                <w:lang w:val="ru-RU"/>
              </w:rPr>
              <w:t xml:space="preserve">Русская литература </w:t>
            </w:r>
            <w:r w:rsidRPr="004E0F59">
              <w:rPr>
                <w:bCs/>
              </w:rPr>
              <w:t>XX</w:t>
            </w:r>
            <w:r w:rsidRPr="004E0F59">
              <w:rPr>
                <w:bCs/>
                <w:lang w:val="ru-RU"/>
              </w:rPr>
              <w:t xml:space="preserve"> века</w:t>
            </w:r>
          </w:p>
        </w:tc>
        <w:tc>
          <w:tcPr>
            <w:tcW w:w="4924" w:type="dxa"/>
          </w:tcPr>
          <w:p w:rsidR="004E0F59" w:rsidRPr="004E0F59" w:rsidRDefault="004E0F59" w:rsidP="004E0F59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17</w:t>
            </w:r>
          </w:p>
        </w:tc>
      </w:tr>
      <w:tr w:rsidR="004E0F59" w:rsidTr="004E0F59">
        <w:tc>
          <w:tcPr>
            <w:tcW w:w="833" w:type="dxa"/>
          </w:tcPr>
          <w:p w:rsidR="004E0F59" w:rsidRPr="004E0F59" w:rsidRDefault="004E0F59" w:rsidP="004E0F59">
            <w:pPr>
              <w:outlineLvl w:val="0"/>
              <w:rPr>
                <w:lang w:val="ru-RU"/>
              </w:rPr>
            </w:pPr>
          </w:p>
        </w:tc>
        <w:tc>
          <w:tcPr>
            <w:tcW w:w="9029" w:type="dxa"/>
          </w:tcPr>
          <w:p w:rsidR="004E0F59" w:rsidRPr="004E0F59" w:rsidRDefault="004E0F59" w:rsidP="004E0F59">
            <w:pPr>
              <w:outlineLvl w:val="0"/>
              <w:rPr>
                <w:bCs/>
                <w:lang w:val="ru-RU"/>
              </w:rPr>
            </w:pPr>
            <w:r w:rsidRPr="004E0F59">
              <w:rPr>
                <w:bCs/>
                <w:lang w:val="ru-RU"/>
              </w:rPr>
              <w:t>Итого</w:t>
            </w:r>
          </w:p>
        </w:tc>
        <w:tc>
          <w:tcPr>
            <w:tcW w:w="4924" w:type="dxa"/>
          </w:tcPr>
          <w:p w:rsidR="004E0F59" w:rsidRPr="004E0F59" w:rsidRDefault="004E0F59" w:rsidP="00295B63">
            <w:pPr>
              <w:jc w:val="center"/>
              <w:outlineLvl w:val="0"/>
              <w:rPr>
                <w:lang w:val="ru-RU"/>
              </w:rPr>
            </w:pPr>
            <w:r w:rsidRPr="004E0F59">
              <w:rPr>
                <w:lang w:val="ru-RU"/>
              </w:rPr>
              <w:t>3</w:t>
            </w:r>
            <w:r w:rsidR="00295B63">
              <w:rPr>
                <w:lang w:val="ru-RU"/>
              </w:rPr>
              <w:t>4</w:t>
            </w:r>
          </w:p>
        </w:tc>
      </w:tr>
    </w:tbl>
    <w:p w:rsidR="004E0F59" w:rsidRDefault="004E0F59" w:rsidP="006007A5">
      <w:pPr>
        <w:jc w:val="center"/>
        <w:outlineLvl w:val="0"/>
        <w:rPr>
          <w:b/>
          <w:sz w:val="28"/>
          <w:lang w:val="ru-RU"/>
        </w:rPr>
      </w:pPr>
    </w:p>
    <w:p w:rsidR="008324AF" w:rsidRDefault="008324AF" w:rsidP="006007A5">
      <w:pPr>
        <w:jc w:val="center"/>
        <w:outlineLvl w:val="0"/>
        <w:rPr>
          <w:b/>
          <w:sz w:val="28"/>
          <w:lang w:val="ru-RU"/>
        </w:rPr>
      </w:pPr>
    </w:p>
    <w:p w:rsidR="008324AF" w:rsidRDefault="008324AF" w:rsidP="006007A5">
      <w:pPr>
        <w:jc w:val="center"/>
        <w:outlineLvl w:val="0"/>
        <w:rPr>
          <w:b/>
          <w:sz w:val="28"/>
          <w:lang w:val="ru-RU"/>
        </w:rPr>
      </w:pPr>
    </w:p>
    <w:p w:rsidR="006007A5" w:rsidRPr="006007A5" w:rsidRDefault="009250D7" w:rsidP="006007A5">
      <w:pPr>
        <w:jc w:val="center"/>
        <w:outlineLvl w:val="0"/>
        <w:rPr>
          <w:b/>
          <w:sz w:val="28"/>
          <w:lang w:val="ru-RU"/>
        </w:rPr>
      </w:pPr>
      <w:r w:rsidRPr="004E0F59">
        <w:rPr>
          <w:b/>
          <w:sz w:val="28"/>
          <w:lang w:val="ru-RU"/>
        </w:rPr>
        <w:t>ПОУРОЧНОЕ</w:t>
      </w:r>
      <w:r>
        <w:rPr>
          <w:b/>
          <w:sz w:val="28"/>
          <w:lang w:val="ru-RU"/>
        </w:rPr>
        <w:t xml:space="preserve"> </w:t>
      </w:r>
      <w:r w:rsidR="006007A5" w:rsidRPr="006007A5">
        <w:rPr>
          <w:b/>
          <w:sz w:val="28"/>
          <w:lang w:val="ru-RU"/>
        </w:rPr>
        <w:t xml:space="preserve"> ПЛАНИРОВАНИЕ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7"/>
        <w:gridCol w:w="2557"/>
        <w:gridCol w:w="815"/>
        <w:gridCol w:w="1493"/>
        <w:gridCol w:w="2275"/>
        <w:gridCol w:w="4089"/>
        <w:gridCol w:w="2153"/>
      </w:tblGrid>
      <w:tr w:rsidR="006007A5" w:rsidTr="006007A5">
        <w:trPr>
          <w:cantSplit/>
          <w:trHeight w:val="541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  <w:rPr>
                <w:b/>
              </w:rPr>
            </w:pPr>
            <w:r w:rsidRPr="008F1720">
              <w:rPr>
                <w:b/>
              </w:rPr>
              <w:t>№</w:t>
            </w:r>
          </w:p>
          <w:p w:rsidR="006007A5" w:rsidRPr="008F1720" w:rsidRDefault="006007A5" w:rsidP="004706F5">
            <w:pPr>
              <w:jc w:val="center"/>
              <w:rPr>
                <w:b/>
              </w:rPr>
            </w:pPr>
            <w:proofErr w:type="spellStart"/>
            <w:r w:rsidRPr="008F1720">
              <w:rPr>
                <w:b/>
              </w:rPr>
              <w:t>урока</w:t>
            </w:r>
            <w:proofErr w:type="spellEnd"/>
          </w:p>
        </w:tc>
        <w:tc>
          <w:tcPr>
            <w:tcW w:w="866" w:type="pct"/>
          </w:tcPr>
          <w:p w:rsidR="006007A5" w:rsidRPr="008F1720" w:rsidRDefault="006007A5" w:rsidP="004706F5">
            <w:pPr>
              <w:jc w:val="center"/>
              <w:rPr>
                <w:b/>
              </w:rPr>
            </w:pPr>
            <w:r w:rsidRPr="008F1720">
              <w:rPr>
                <w:b/>
              </w:rPr>
              <w:t>ТЕМА            УРОКА</w:t>
            </w:r>
          </w:p>
        </w:tc>
        <w:tc>
          <w:tcPr>
            <w:tcW w:w="276" w:type="pct"/>
          </w:tcPr>
          <w:p w:rsidR="006007A5" w:rsidRPr="008F1720" w:rsidRDefault="006007A5" w:rsidP="004706F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Кол-во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505" w:type="pct"/>
          </w:tcPr>
          <w:p w:rsidR="006007A5" w:rsidRDefault="006007A5" w:rsidP="004706F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Дата </w:t>
            </w:r>
          </w:p>
          <w:p w:rsidR="006007A5" w:rsidRPr="006007A5" w:rsidRDefault="006007A5" w:rsidP="004706F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проведения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jc w:val="center"/>
              <w:rPr>
                <w:b/>
                <w:lang w:val="ru-RU"/>
              </w:rPr>
            </w:pPr>
            <w:r w:rsidRPr="006007A5">
              <w:rPr>
                <w:b/>
                <w:lang w:val="ru-RU"/>
              </w:rPr>
              <w:t>ОСНОВНОЙ ВИД ДЕЯТЕЛЬНОСТИ НА УРОКЕ</w:t>
            </w:r>
          </w:p>
        </w:tc>
        <w:tc>
          <w:tcPr>
            <w:tcW w:w="1385" w:type="pct"/>
          </w:tcPr>
          <w:p w:rsidR="006007A5" w:rsidRPr="008F1720" w:rsidRDefault="006007A5" w:rsidP="004706F5">
            <w:pPr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729" w:type="pct"/>
          </w:tcPr>
          <w:p w:rsidR="006007A5" w:rsidRPr="008F1720" w:rsidRDefault="006007A5" w:rsidP="004706F5">
            <w:pPr>
              <w:jc w:val="center"/>
              <w:rPr>
                <w:b/>
              </w:rPr>
            </w:pPr>
            <w:r w:rsidRPr="008F1720">
              <w:rPr>
                <w:b/>
              </w:rPr>
              <w:t>ОСНОВНЫЕ ПОНЯТИЯ</w:t>
            </w:r>
          </w:p>
        </w:tc>
      </w:tr>
      <w:tr w:rsidR="006007A5" w:rsidTr="006007A5">
        <w:trPr>
          <w:cantSplit/>
          <w:trHeight w:val="541"/>
        </w:trPr>
        <w:tc>
          <w:tcPr>
            <w:tcW w:w="5000" w:type="pct"/>
            <w:gridSpan w:val="7"/>
          </w:tcPr>
          <w:p w:rsidR="006007A5" w:rsidRDefault="006007A5" w:rsidP="004706F5">
            <w:pPr>
              <w:pStyle w:val="af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</w:rPr>
              <w:t xml:space="preserve"> 1. </w:t>
            </w:r>
            <w:proofErr w:type="spellStart"/>
            <w:r>
              <w:rPr>
                <w:b/>
              </w:rPr>
              <w:t>Устное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народное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творчество</w:t>
            </w:r>
            <w:proofErr w:type="spellEnd"/>
          </w:p>
        </w:tc>
      </w:tr>
      <w:tr w:rsidR="006007A5" w:rsidRPr="00EA3242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r w:rsidRPr="008F1720">
              <w:t xml:space="preserve">     1.</w:t>
            </w:r>
          </w:p>
          <w:p w:rsidR="006007A5" w:rsidRPr="008F1720" w:rsidRDefault="006007A5" w:rsidP="004706F5"/>
        </w:tc>
        <w:tc>
          <w:tcPr>
            <w:tcW w:w="866" w:type="pct"/>
          </w:tcPr>
          <w:p w:rsidR="006007A5" w:rsidRPr="006007A5" w:rsidRDefault="006007A5" w:rsidP="004706F5">
            <w:pPr>
              <w:pStyle w:val="af"/>
              <w:ind w:left="0"/>
              <w:jc w:val="both"/>
              <w:rPr>
                <w:b/>
                <w:lang w:val="ru-RU"/>
              </w:rPr>
            </w:pPr>
            <w:r w:rsidRPr="006007A5">
              <w:rPr>
                <w:lang w:val="ru-RU"/>
              </w:rPr>
              <w:t xml:space="preserve">Русские народные песни. Донской фольклор. 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0"/>
              <w:jc w:val="center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3370D1" w:rsidP="00FC7498">
            <w:pPr>
              <w:shd w:val="clear" w:color="auto" w:fill="FFFFFF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C7498">
              <w:rPr>
                <w:lang w:val="ru-RU"/>
              </w:rPr>
              <w:t>2</w:t>
            </w:r>
            <w:r>
              <w:rPr>
                <w:lang w:val="ru-RU"/>
              </w:rPr>
              <w:t>.09</w:t>
            </w:r>
          </w:p>
        </w:tc>
        <w:tc>
          <w:tcPr>
            <w:tcW w:w="956" w:type="pct"/>
          </w:tcPr>
          <w:p w:rsidR="006007A5" w:rsidRPr="006007A5" w:rsidRDefault="006007A5" w:rsidP="006007A5">
            <w:pPr>
              <w:pStyle w:val="af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175" w:hanging="284"/>
              <w:rPr>
                <w:lang w:val="ru-RU"/>
              </w:rPr>
            </w:pPr>
            <w:r w:rsidRPr="006007A5">
              <w:rPr>
                <w:lang w:val="ru-RU"/>
              </w:rPr>
              <w:t>Просмотр видеоролика о народных песнях.</w:t>
            </w:r>
          </w:p>
          <w:p w:rsidR="006007A5" w:rsidRDefault="006007A5" w:rsidP="006007A5">
            <w:pPr>
              <w:pStyle w:val="af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175" w:hanging="284"/>
            </w:pPr>
            <w:proofErr w:type="spellStart"/>
            <w:r>
              <w:t>Аналитическая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группам</w:t>
            </w:r>
            <w:proofErr w:type="spellEnd"/>
          </w:p>
          <w:p w:rsidR="006007A5" w:rsidRPr="006007A5" w:rsidRDefault="006007A5" w:rsidP="006007A5">
            <w:pPr>
              <w:pStyle w:val="af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175" w:hanging="284"/>
              <w:rPr>
                <w:lang w:val="ru-RU"/>
              </w:rPr>
            </w:pPr>
            <w:r w:rsidRPr="006007A5">
              <w:rPr>
                <w:lang w:val="ru-RU"/>
              </w:rPr>
              <w:t>Работа с текстами лирических песен – определение жанровой принадлежности песни.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pStyle w:val="af"/>
              <w:ind w:left="0"/>
              <w:rPr>
                <w:lang w:val="ru-RU"/>
              </w:rPr>
            </w:pPr>
            <w:r w:rsidRPr="006007A5">
              <w:rPr>
                <w:lang w:val="ru-RU"/>
              </w:rPr>
              <w:t>Работа с текстами лирических и исторических народных песен</w:t>
            </w:r>
          </w:p>
        </w:tc>
        <w:tc>
          <w:tcPr>
            <w:tcW w:w="729" w:type="pct"/>
          </w:tcPr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Фольклор.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Жанры фольклора.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Жанры народной песни.</w:t>
            </w:r>
          </w:p>
        </w:tc>
      </w:tr>
      <w:tr w:rsidR="006007A5" w:rsidRPr="00EA3242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r w:rsidRPr="006007A5">
              <w:rPr>
                <w:lang w:val="ru-RU"/>
              </w:rPr>
              <w:t xml:space="preserve">     </w:t>
            </w:r>
            <w:r w:rsidRPr="008F1720">
              <w:t>2.</w:t>
            </w:r>
          </w:p>
          <w:p w:rsidR="006007A5" w:rsidRPr="008F1720" w:rsidRDefault="006007A5" w:rsidP="004706F5"/>
        </w:tc>
        <w:tc>
          <w:tcPr>
            <w:tcW w:w="866" w:type="pct"/>
          </w:tcPr>
          <w:p w:rsidR="006007A5" w:rsidRPr="006007A5" w:rsidRDefault="006007A5" w:rsidP="004706F5">
            <w:pPr>
              <w:pStyle w:val="af"/>
              <w:ind w:left="0"/>
              <w:jc w:val="both"/>
              <w:rPr>
                <w:rFonts w:eastAsia="Calibri"/>
                <w:lang w:val="ru-RU"/>
              </w:rPr>
            </w:pPr>
            <w:r w:rsidRPr="006007A5">
              <w:rPr>
                <w:lang w:val="ru-RU"/>
              </w:rPr>
              <w:t>Быт, нравственные представления народа в песне.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0"/>
              <w:jc w:val="center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FC7498" w:rsidP="003370D1">
            <w:pPr>
              <w:shd w:val="clear" w:color="auto" w:fill="FFFFFF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3370D1">
              <w:rPr>
                <w:lang w:val="ru-RU"/>
              </w:rPr>
              <w:t>.09</w:t>
            </w:r>
          </w:p>
        </w:tc>
        <w:tc>
          <w:tcPr>
            <w:tcW w:w="956" w:type="pct"/>
          </w:tcPr>
          <w:p w:rsidR="006007A5" w:rsidRDefault="006007A5" w:rsidP="006007A5">
            <w:pPr>
              <w:pStyle w:val="af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ind w:left="175" w:hanging="284"/>
            </w:pPr>
            <w:proofErr w:type="spellStart"/>
            <w:r>
              <w:t>Индивидуальные</w:t>
            </w:r>
            <w:proofErr w:type="spellEnd"/>
            <w:r>
              <w:t xml:space="preserve"> </w:t>
            </w:r>
            <w:proofErr w:type="spellStart"/>
            <w:r>
              <w:t>сообщения</w:t>
            </w:r>
            <w:proofErr w:type="spellEnd"/>
            <w:r>
              <w:t xml:space="preserve"> </w:t>
            </w:r>
            <w:proofErr w:type="spellStart"/>
            <w:r>
              <w:t>учащихся</w:t>
            </w:r>
            <w:proofErr w:type="spellEnd"/>
            <w:r>
              <w:t>.</w:t>
            </w:r>
          </w:p>
          <w:p w:rsidR="006007A5" w:rsidRDefault="006007A5" w:rsidP="006007A5">
            <w:pPr>
              <w:pStyle w:val="af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ind w:left="175" w:hanging="284"/>
            </w:pP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видеоролика</w:t>
            </w:r>
            <w:proofErr w:type="spellEnd"/>
            <w:r>
              <w:t xml:space="preserve"> </w:t>
            </w:r>
          </w:p>
          <w:p w:rsidR="006007A5" w:rsidRPr="006007A5" w:rsidRDefault="006007A5" w:rsidP="006007A5">
            <w:pPr>
              <w:pStyle w:val="af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ind w:left="175" w:hanging="284"/>
              <w:rPr>
                <w:lang w:val="ru-RU"/>
              </w:rPr>
            </w:pPr>
            <w:r w:rsidRPr="006007A5">
              <w:rPr>
                <w:color w:val="181818"/>
                <w:shd w:val="clear" w:color="auto" w:fill="FFFFFF"/>
                <w:lang w:val="ru-RU"/>
              </w:rPr>
              <w:t xml:space="preserve">Конкурс на лучшее </w:t>
            </w:r>
            <w:proofErr w:type="spellStart"/>
            <w:r w:rsidRPr="006007A5">
              <w:rPr>
                <w:color w:val="181818"/>
                <w:shd w:val="clear" w:color="auto" w:fill="FFFFFF"/>
                <w:lang w:val="ru-RU"/>
              </w:rPr>
              <w:t>инсценирование</w:t>
            </w:r>
            <w:proofErr w:type="spellEnd"/>
            <w:r w:rsidRPr="006007A5">
              <w:rPr>
                <w:color w:val="181818"/>
                <w:shd w:val="clear" w:color="auto" w:fill="FFFFFF"/>
                <w:lang w:val="ru-RU"/>
              </w:rPr>
              <w:t xml:space="preserve"> обрядовой песни.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shd w:val="clear" w:color="auto" w:fill="FFFFFF"/>
              <w:rPr>
                <w:rFonts w:ascii="Arial" w:hAnsi="Arial" w:cs="Arial"/>
                <w:color w:val="181818"/>
                <w:lang w:val="ru-RU"/>
              </w:rPr>
            </w:pPr>
            <w:r w:rsidRPr="006007A5">
              <w:rPr>
                <w:color w:val="181818"/>
                <w:lang w:val="ru-RU"/>
              </w:rPr>
              <w:t>Сообщение учащегося на тему «Народные песни»</w:t>
            </w:r>
          </w:p>
          <w:p w:rsidR="006007A5" w:rsidRPr="006007A5" w:rsidRDefault="006007A5" w:rsidP="004706F5">
            <w:pPr>
              <w:shd w:val="clear" w:color="auto" w:fill="FFFFFF"/>
              <w:rPr>
                <w:rFonts w:ascii="Arial" w:hAnsi="Arial" w:cs="Arial"/>
                <w:color w:val="181818"/>
                <w:lang w:val="ru-RU"/>
              </w:rPr>
            </w:pPr>
            <w:r w:rsidRPr="006007A5">
              <w:rPr>
                <w:color w:val="181818"/>
                <w:lang w:val="ru-RU"/>
              </w:rPr>
              <w:t>Сообщение учащегося на тему «Календарно-обрядовые песни»</w:t>
            </w:r>
          </w:p>
        </w:tc>
        <w:tc>
          <w:tcPr>
            <w:tcW w:w="729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Художественные особенности произведений фольклора.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Обряды</w:t>
            </w:r>
          </w:p>
        </w:tc>
      </w:tr>
      <w:tr w:rsidR="006007A5" w:rsidTr="006007A5">
        <w:trPr>
          <w:cantSplit/>
          <w:trHeight w:val="331"/>
        </w:trPr>
        <w:tc>
          <w:tcPr>
            <w:tcW w:w="5000" w:type="pct"/>
            <w:gridSpan w:val="7"/>
          </w:tcPr>
          <w:p w:rsidR="006007A5" w:rsidRPr="008F1720" w:rsidRDefault="006007A5" w:rsidP="004706F5">
            <w:pPr>
              <w:jc w:val="center"/>
            </w:pPr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</w:rPr>
              <w:t xml:space="preserve"> 2. </w:t>
            </w:r>
            <w:proofErr w:type="spellStart"/>
            <w:r>
              <w:rPr>
                <w:b/>
                <w:bCs/>
              </w:rPr>
              <w:t>Древнерусская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литература</w:t>
            </w:r>
            <w:proofErr w:type="spellEnd"/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3</w:t>
            </w:r>
            <w:r w:rsidRPr="008F1720">
              <w:t>.</w:t>
            </w:r>
          </w:p>
        </w:tc>
        <w:tc>
          <w:tcPr>
            <w:tcW w:w="866" w:type="pct"/>
          </w:tcPr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  <w:jc w:val="both"/>
            </w:pPr>
            <w:r>
              <w:rPr>
                <w:kern w:val="36"/>
              </w:rPr>
              <w:t>«Домострой. Послание и наставление отца сыну» – памятник древнерусской литературы.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0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FC7498" w:rsidP="003370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3370D1">
              <w:rPr>
                <w:lang w:val="ru-RU"/>
              </w:rPr>
              <w:t>.09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1.Беседа о жизни и творчестве автора </w:t>
            </w:r>
          </w:p>
          <w:p w:rsidR="006007A5" w:rsidRPr="006007A5" w:rsidRDefault="006007A5" w:rsidP="004706F5">
            <w:pPr>
              <w:rPr>
                <w:color w:val="333333"/>
                <w:shd w:val="clear" w:color="auto" w:fill="FFFFFF"/>
                <w:lang w:val="ru-RU"/>
              </w:rPr>
            </w:pPr>
            <w:r w:rsidRPr="006007A5">
              <w:rPr>
                <w:color w:val="333333"/>
                <w:shd w:val="clear" w:color="auto" w:fill="FFFFFF"/>
                <w:lang w:val="ru-RU"/>
              </w:rPr>
              <w:t>2.Самостоятельная работа с источниками информации.</w:t>
            </w:r>
          </w:p>
          <w:p w:rsidR="006007A5" w:rsidRPr="00DB562E" w:rsidRDefault="006007A5" w:rsidP="004706F5">
            <w:r w:rsidRPr="006007A5">
              <w:rPr>
                <w:color w:val="333333"/>
                <w:shd w:val="clear" w:color="auto" w:fill="FFFFFF"/>
                <w:lang w:val="ru-RU"/>
              </w:rPr>
              <w:t xml:space="preserve">2.Работа в группах с отрывками из главы. </w:t>
            </w:r>
            <w:r w:rsidRPr="00DB562E">
              <w:rPr>
                <w:color w:val="333333"/>
                <w:shd w:val="clear" w:color="auto" w:fill="FFFFFF"/>
              </w:rPr>
              <w:t xml:space="preserve">(5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групп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– 5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разных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глав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color w:val="333333"/>
                <w:shd w:val="clear" w:color="auto" w:fill="FFFFFF"/>
                <w:lang w:val="ru-RU"/>
              </w:rPr>
              <w:t>Личность автора Сильвестра, ценности его наставлений, анализ языкового строя текста.</w:t>
            </w:r>
          </w:p>
          <w:p w:rsidR="006007A5" w:rsidRPr="006007A5" w:rsidRDefault="006007A5" w:rsidP="004706F5">
            <w:pPr>
              <w:rPr>
                <w:lang w:val="ru-RU"/>
              </w:rPr>
            </w:pPr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Древнерусская</w:t>
            </w:r>
            <w:proofErr w:type="spellEnd"/>
            <w:r>
              <w:t xml:space="preserve"> </w:t>
            </w:r>
            <w:proofErr w:type="spellStart"/>
            <w:r>
              <w:t>литература</w:t>
            </w:r>
            <w:proofErr w:type="spellEnd"/>
          </w:p>
          <w:p w:rsidR="006007A5" w:rsidRDefault="006007A5" w:rsidP="004706F5">
            <w:r>
              <w:t>«</w:t>
            </w:r>
            <w:proofErr w:type="spellStart"/>
            <w:r>
              <w:t>Домострой</w:t>
            </w:r>
            <w:proofErr w:type="spellEnd"/>
            <w:r>
              <w:t>»</w:t>
            </w:r>
          </w:p>
          <w:p w:rsidR="006007A5" w:rsidRDefault="006007A5" w:rsidP="004706F5">
            <w:proofErr w:type="spellStart"/>
            <w:r>
              <w:t>Автор</w:t>
            </w:r>
            <w:proofErr w:type="spellEnd"/>
            <w:r>
              <w:t xml:space="preserve"> </w:t>
            </w:r>
          </w:p>
          <w:p w:rsidR="006007A5" w:rsidRPr="008F1720" w:rsidRDefault="006007A5" w:rsidP="004706F5"/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4</w:t>
            </w:r>
          </w:p>
        </w:tc>
        <w:tc>
          <w:tcPr>
            <w:tcW w:w="866" w:type="pct"/>
          </w:tcPr>
          <w:p w:rsidR="006007A5" w:rsidRPr="006007A5" w:rsidRDefault="006007A5" w:rsidP="004706F5">
            <w:pPr>
              <w:ind w:firstLine="34"/>
              <w:rPr>
                <w:b/>
                <w:lang w:val="ru-RU"/>
              </w:rPr>
            </w:pPr>
            <w:r w:rsidRPr="006007A5">
              <w:rPr>
                <w:kern w:val="36"/>
                <w:lang w:val="ru-RU"/>
              </w:rPr>
              <w:t xml:space="preserve">«Домострой. Послание и наставление отца сыну» </w:t>
            </w:r>
            <w:proofErr w:type="gramStart"/>
            <w:r w:rsidRPr="006007A5">
              <w:rPr>
                <w:kern w:val="36"/>
                <w:lang w:val="ru-RU"/>
              </w:rPr>
              <w:t>–с</w:t>
            </w:r>
            <w:proofErr w:type="gramEnd"/>
            <w:r w:rsidRPr="006007A5">
              <w:rPr>
                <w:kern w:val="36"/>
                <w:lang w:val="ru-RU"/>
              </w:rPr>
              <w:t>оветы поколению.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0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EB221A" w:rsidP="003370D1">
            <w:pPr>
              <w:shd w:val="clear" w:color="auto" w:fill="FFFFFF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370D1">
              <w:rPr>
                <w:lang w:val="ru-RU"/>
              </w:rPr>
              <w:t>.09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shd w:val="clear" w:color="auto" w:fill="FFFFFF"/>
              <w:jc w:val="both"/>
              <w:rPr>
                <w:color w:val="333333"/>
                <w:lang w:val="ru-RU"/>
              </w:rPr>
            </w:pPr>
            <w:proofErr w:type="gramStart"/>
            <w:r w:rsidRPr="006007A5">
              <w:rPr>
                <w:lang w:val="ru-RU"/>
              </w:rPr>
              <w:t>1.Выполнение творческих заданий на выбранную тему (</w:t>
            </w:r>
            <w:r w:rsidRPr="006007A5">
              <w:rPr>
                <w:color w:val="333333"/>
                <w:lang w:val="ru-RU"/>
              </w:rPr>
              <w:t>«Какие советы моего отца я «запишу в своём сердце»?</w:t>
            </w:r>
            <w:proofErr w:type="gramEnd"/>
          </w:p>
          <w:p w:rsidR="006007A5" w:rsidRPr="006007A5" w:rsidRDefault="006007A5" w:rsidP="004706F5">
            <w:pPr>
              <w:shd w:val="clear" w:color="auto" w:fill="FFFFFF"/>
              <w:jc w:val="both"/>
              <w:rPr>
                <w:color w:val="333333"/>
                <w:lang w:val="ru-RU"/>
              </w:rPr>
            </w:pPr>
            <w:r w:rsidRPr="006007A5">
              <w:rPr>
                <w:color w:val="333333"/>
                <w:lang w:val="ru-RU"/>
              </w:rPr>
              <w:t>«Послание и наставление младшему брату (сестре) об отношении к родителям.</w:t>
            </w:r>
          </w:p>
          <w:p w:rsidR="006007A5" w:rsidRPr="00224DAE" w:rsidRDefault="006007A5" w:rsidP="00224DAE">
            <w:pPr>
              <w:shd w:val="clear" w:color="auto" w:fill="FFFFFF"/>
              <w:jc w:val="both"/>
              <w:rPr>
                <w:color w:val="333333"/>
                <w:lang w:val="ru-RU"/>
              </w:rPr>
            </w:pPr>
            <w:r w:rsidRPr="006007A5">
              <w:rPr>
                <w:color w:val="333333"/>
                <w:lang w:val="ru-RU"/>
              </w:rPr>
              <w:t>«Каким отцом (матерью) я постараюсь стать.</w:t>
            </w:r>
          </w:p>
        </w:tc>
        <w:tc>
          <w:tcPr>
            <w:tcW w:w="1385" w:type="pct"/>
          </w:tcPr>
          <w:p w:rsidR="006007A5" w:rsidRPr="008F1720" w:rsidRDefault="006007A5" w:rsidP="004706F5">
            <w:proofErr w:type="spellStart"/>
            <w:r>
              <w:t>Совершенствование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письменной</w:t>
            </w:r>
            <w:proofErr w:type="spellEnd"/>
            <w:r>
              <w:t xml:space="preserve"> </w:t>
            </w:r>
            <w:proofErr w:type="spellStart"/>
            <w:r>
              <w:t>речи</w:t>
            </w:r>
            <w:proofErr w:type="spellEnd"/>
            <w:r>
              <w:t>.</w:t>
            </w:r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Обращение</w:t>
            </w:r>
            <w:proofErr w:type="spellEnd"/>
          </w:p>
          <w:p w:rsidR="006007A5" w:rsidRPr="008F1720" w:rsidRDefault="006007A5" w:rsidP="004706F5">
            <w:proofErr w:type="spellStart"/>
            <w:r>
              <w:t>Язык</w:t>
            </w:r>
            <w:proofErr w:type="spellEnd"/>
            <w:r>
              <w:t xml:space="preserve"> </w:t>
            </w:r>
            <w:proofErr w:type="spellStart"/>
            <w:r>
              <w:t>древнерусской</w:t>
            </w:r>
            <w:proofErr w:type="spellEnd"/>
            <w:r>
              <w:t xml:space="preserve"> </w:t>
            </w:r>
            <w:proofErr w:type="spellStart"/>
            <w:r>
              <w:t>литературы</w:t>
            </w:r>
            <w:proofErr w:type="spellEnd"/>
          </w:p>
        </w:tc>
      </w:tr>
      <w:tr w:rsidR="006007A5" w:rsidRPr="00EA3242" w:rsidTr="006007A5">
        <w:trPr>
          <w:cantSplit/>
          <w:trHeight w:val="20"/>
        </w:trPr>
        <w:tc>
          <w:tcPr>
            <w:tcW w:w="5000" w:type="pct"/>
            <w:gridSpan w:val="7"/>
          </w:tcPr>
          <w:p w:rsidR="006007A5" w:rsidRPr="006007A5" w:rsidRDefault="006007A5" w:rsidP="004706F5">
            <w:pPr>
              <w:ind w:left="720"/>
              <w:jc w:val="center"/>
              <w:rPr>
                <w:lang w:val="ru-RU"/>
              </w:rPr>
            </w:pPr>
            <w:r w:rsidRPr="006007A5">
              <w:rPr>
                <w:b/>
                <w:lang w:val="ru-RU"/>
              </w:rPr>
              <w:t xml:space="preserve">Раздел 3. </w:t>
            </w:r>
            <w:r w:rsidRPr="006007A5">
              <w:rPr>
                <w:b/>
                <w:bCs/>
                <w:lang w:val="ru-RU"/>
              </w:rPr>
              <w:t xml:space="preserve">Русская литература </w:t>
            </w:r>
            <w:r>
              <w:rPr>
                <w:b/>
                <w:bCs/>
              </w:rPr>
              <w:t>XVIII</w:t>
            </w:r>
            <w:r w:rsidRPr="006007A5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5</w:t>
            </w:r>
          </w:p>
        </w:tc>
        <w:tc>
          <w:tcPr>
            <w:tcW w:w="866" w:type="pct"/>
          </w:tcPr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  <w:jc w:val="both"/>
            </w:pPr>
            <w:r>
              <w:rPr>
                <w:rStyle w:val="c1"/>
                <w:bCs/>
                <w:color w:val="000000"/>
              </w:rPr>
              <w:t xml:space="preserve">Н.М. Карамзин. </w:t>
            </w: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Сиерра</w:t>
            </w:r>
            <w:proofErr w:type="spellEnd"/>
            <w:r>
              <w:rPr>
                <w:color w:val="000000"/>
              </w:rPr>
              <w:t xml:space="preserve"> Морена». Проза русского романтизма. Мотив вселенского одиночества.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EB221A" w:rsidP="003370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Комментированное чтение отдельных эпизодов новеллы</w:t>
            </w:r>
          </w:p>
        </w:tc>
        <w:tc>
          <w:tcPr>
            <w:tcW w:w="1385" w:type="pct"/>
          </w:tcPr>
          <w:p w:rsidR="006007A5" w:rsidRPr="004C706F" w:rsidRDefault="006007A5" w:rsidP="004706F5">
            <w:pPr>
              <w:pStyle w:val="af"/>
              <w:ind w:left="1"/>
            </w:pPr>
            <w:proofErr w:type="spellStart"/>
            <w:r>
              <w:rPr>
                <w:color w:val="333333"/>
                <w:shd w:val="clear" w:color="auto" w:fill="FFFFFF"/>
              </w:rPr>
              <w:t>А</w:t>
            </w:r>
            <w:r w:rsidRPr="00DB562E">
              <w:rPr>
                <w:color w:val="333333"/>
                <w:shd w:val="clear" w:color="auto" w:fill="FFFFFF"/>
              </w:rPr>
              <w:t>нализ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языкового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строя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текста</w:t>
            </w:r>
            <w:proofErr w:type="spellEnd"/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Литературные</w:t>
            </w:r>
            <w:proofErr w:type="spellEnd"/>
            <w:r>
              <w:t xml:space="preserve"> </w:t>
            </w:r>
            <w:proofErr w:type="spellStart"/>
            <w:r>
              <w:t>направления</w:t>
            </w:r>
            <w:proofErr w:type="spellEnd"/>
            <w:r>
              <w:t>.</w:t>
            </w:r>
          </w:p>
          <w:p w:rsidR="006007A5" w:rsidRDefault="006007A5" w:rsidP="004706F5">
            <w:proofErr w:type="spellStart"/>
            <w:r>
              <w:t>Романтизм</w:t>
            </w:r>
            <w:proofErr w:type="spellEnd"/>
          </w:p>
          <w:p w:rsidR="006007A5" w:rsidRPr="008F1720" w:rsidRDefault="006007A5" w:rsidP="004706F5">
            <w:proofErr w:type="spellStart"/>
            <w:r>
              <w:t>Новелла</w:t>
            </w:r>
            <w:proofErr w:type="spellEnd"/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6</w:t>
            </w:r>
          </w:p>
        </w:tc>
        <w:tc>
          <w:tcPr>
            <w:tcW w:w="866" w:type="pct"/>
          </w:tcPr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rPr>
                <w:rStyle w:val="c1"/>
                <w:bCs/>
                <w:color w:val="000000"/>
              </w:rPr>
              <w:t>И.А. Крылов.</w:t>
            </w:r>
            <w:r>
              <w:rPr>
                <w:rStyle w:val="c6"/>
                <w:color w:val="000000"/>
              </w:rPr>
              <w:t xml:space="preserve"> «Цветы». 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EB221A" w:rsidP="006007A5">
            <w:pPr>
              <w:pStyle w:val="af"/>
              <w:spacing w:after="0" w:line="240" w:lineRule="auto"/>
              <w:ind w:left="361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3370D1">
              <w:rPr>
                <w:lang w:val="ru-RU"/>
              </w:rPr>
              <w:t>.10</w:t>
            </w:r>
          </w:p>
        </w:tc>
        <w:tc>
          <w:tcPr>
            <w:tcW w:w="956" w:type="pct"/>
          </w:tcPr>
          <w:p w:rsidR="006007A5" w:rsidRPr="006007A5" w:rsidRDefault="006007A5" w:rsidP="006007A5">
            <w:pPr>
              <w:pStyle w:val="af"/>
              <w:numPr>
                <w:ilvl w:val="0"/>
                <w:numId w:val="30"/>
              </w:numPr>
              <w:spacing w:after="0" w:line="240" w:lineRule="auto"/>
              <w:rPr>
                <w:lang w:val="ru-RU"/>
              </w:rPr>
            </w:pPr>
            <w:r w:rsidRPr="006007A5">
              <w:rPr>
                <w:lang w:val="ru-RU"/>
              </w:rPr>
              <w:t>Сравнительный анализ басни Эзопа и И.А.Крылова</w:t>
            </w:r>
          </w:p>
          <w:p w:rsidR="006007A5" w:rsidRDefault="006007A5" w:rsidP="006007A5">
            <w:pPr>
              <w:pStyle w:val="af"/>
              <w:numPr>
                <w:ilvl w:val="0"/>
                <w:numId w:val="30"/>
              </w:numPr>
              <w:spacing w:after="0" w:line="240" w:lineRule="auto"/>
            </w:pPr>
            <w:proofErr w:type="spellStart"/>
            <w:r>
              <w:t>Викторина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басням</w:t>
            </w:r>
            <w:proofErr w:type="spellEnd"/>
          </w:p>
          <w:p w:rsidR="006007A5" w:rsidRPr="00595C1C" w:rsidRDefault="006007A5" w:rsidP="006007A5">
            <w:pPr>
              <w:pStyle w:val="af"/>
              <w:numPr>
                <w:ilvl w:val="0"/>
                <w:numId w:val="30"/>
              </w:numPr>
              <w:spacing w:after="0" w:line="240" w:lineRule="auto"/>
            </w:pPr>
            <w:proofErr w:type="spellStart"/>
            <w:r>
              <w:t>Инсценирование</w:t>
            </w:r>
            <w:proofErr w:type="spellEnd"/>
            <w:r>
              <w:t xml:space="preserve"> </w:t>
            </w:r>
            <w:proofErr w:type="spellStart"/>
            <w:r>
              <w:t>басни</w:t>
            </w:r>
            <w:proofErr w:type="spellEnd"/>
          </w:p>
        </w:tc>
        <w:tc>
          <w:tcPr>
            <w:tcW w:w="1385" w:type="pct"/>
          </w:tcPr>
          <w:p w:rsidR="006007A5" w:rsidRPr="00DB562E" w:rsidRDefault="006007A5" w:rsidP="004706F5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Распознавание басни как жанра литературы по характерным признакам</w:t>
            </w:r>
            <w:r>
              <w:rPr>
                <w:rStyle w:val="c0"/>
                <w:rFonts w:eastAsiaTheme="majorEastAsia"/>
                <w:color w:val="000000"/>
              </w:rPr>
              <w:t>.</w:t>
            </w:r>
          </w:p>
          <w:p w:rsidR="006007A5" w:rsidRPr="00DB562E" w:rsidRDefault="006007A5" w:rsidP="004706F5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DB562E">
              <w:rPr>
                <w:rStyle w:val="c0"/>
                <w:rFonts w:eastAsiaTheme="majorEastAsia"/>
                <w:color w:val="000000"/>
              </w:rPr>
              <w:t>Особенности басни как жанра литературы</w:t>
            </w:r>
            <w:r>
              <w:rPr>
                <w:rStyle w:val="c0"/>
                <w:rFonts w:eastAsiaTheme="majorEastAsia"/>
                <w:color w:val="000000"/>
              </w:rPr>
              <w:t>.</w:t>
            </w:r>
          </w:p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Баснописец</w:t>
            </w:r>
            <w:proofErr w:type="spellEnd"/>
            <w:r>
              <w:t>.</w:t>
            </w:r>
          </w:p>
          <w:p w:rsidR="006007A5" w:rsidRPr="008F1720" w:rsidRDefault="006007A5" w:rsidP="004706F5">
            <w:proofErr w:type="spellStart"/>
            <w:r>
              <w:t>Басня</w:t>
            </w:r>
            <w:proofErr w:type="spellEnd"/>
            <w:r>
              <w:t xml:space="preserve">. </w:t>
            </w:r>
            <w:proofErr w:type="spellStart"/>
            <w:r>
              <w:t>Мораль</w:t>
            </w:r>
            <w:proofErr w:type="spellEnd"/>
            <w:r>
              <w:t>.</w:t>
            </w:r>
          </w:p>
        </w:tc>
      </w:tr>
      <w:tr w:rsidR="006007A5" w:rsidRPr="00EA3242" w:rsidTr="006007A5">
        <w:trPr>
          <w:cantSplit/>
          <w:trHeight w:val="20"/>
        </w:trPr>
        <w:tc>
          <w:tcPr>
            <w:tcW w:w="5000" w:type="pct"/>
            <w:gridSpan w:val="7"/>
          </w:tcPr>
          <w:p w:rsidR="006007A5" w:rsidRPr="006007A5" w:rsidRDefault="006007A5" w:rsidP="004706F5">
            <w:pPr>
              <w:jc w:val="center"/>
              <w:rPr>
                <w:lang w:val="ru-RU"/>
              </w:rPr>
            </w:pPr>
            <w:r w:rsidRPr="006007A5">
              <w:rPr>
                <w:b/>
                <w:lang w:val="ru-RU"/>
              </w:rPr>
              <w:t xml:space="preserve">Раздел 4. </w:t>
            </w:r>
            <w:r w:rsidRPr="006007A5">
              <w:rPr>
                <w:b/>
                <w:bCs/>
                <w:lang w:val="ru-RU"/>
              </w:rPr>
              <w:t xml:space="preserve">Русская литература </w:t>
            </w:r>
            <w:r>
              <w:rPr>
                <w:b/>
                <w:bCs/>
              </w:rPr>
              <w:t>XIX</w:t>
            </w:r>
            <w:r w:rsidRPr="006007A5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7</w:t>
            </w:r>
          </w:p>
        </w:tc>
        <w:tc>
          <w:tcPr>
            <w:tcW w:w="866" w:type="pct"/>
          </w:tcPr>
          <w:p w:rsidR="006007A5" w:rsidRDefault="006007A5" w:rsidP="003F6FB5">
            <w:pPr>
              <w:pStyle w:val="c63"/>
              <w:tabs>
                <w:tab w:val="left" w:pos="302"/>
              </w:tabs>
              <w:spacing w:before="0" w:beforeAutospacing="0" w:after="0" w:afterAutospacing="0" w:line="270" w:lineRule="atLeast"/>
              <w:rPr>
                <w:b/>
              </w:rPr>
            </w:pPr>
            <w:r>
              <w:rPr>
                <w:rFonts w:eastAsia="TimesNewRomanPSMT"/>
                <w:color w:val="000000"/>
              </w:rPr>
              <w:t xml:space="preserve">А.А. Бестужев-Марлинский. «Вечер на бивуаке». Лицемерие и эгоизм светского </w:t>
            </w:r>
            <w:proofErr w:type="gramStart"/>
            <w:r>
              <w:rPr>
                <w:rFonts w:eastAsia="TimesNewRomanPSMT"/>
                <w:color w:val="000000"/>
              </w:rPr>
              <w:t>общества</w:t>
            </w:r>
            <w:proofErr w:type="gramEnd"/>
            <w:r>
              <w:rPr>
                <w:rFonts w:eastAsia="TimesNewRomanPSMT"/>
                <w:color w:val="000000"/>
              </w:rPr>
              <w:t xml:space="preserve"> и благородство чувств героя рассказа.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EB221A" w:rsidP="003F6FB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3F6FB5">
              <w:rPr>
                <w:lang w:val="ru-RU"/>
              </w:rPr>
              <w:t>.10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 Словарная работа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 Викторина по содержанию произведения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3.Аналитическое чтение рассказа</w:t>
            </w:r>
          </w:p>
          <w:p w:rsidR="006007A5" w:rsidRPr="006007A5" w:rsidRDefault="006007A5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4.Отзыв о произведении</w:t>
            </w:r>
          </w:p>
        </w:tc>
        <w:tc>
          <w:tcPr>
            <w:tcW w:w="1385" w:type="pct"/>
          </w:tcPr>
          <w:p w:rsidR="006007A5" w:rsidRPr="00595C1C" w:rsidRDefault="006007A5" w:rsidP="004706F5">
            <w:pPr>
              <w:pStyle w:val="af"/>
              <w:ind w:left="1"/>
            </w:pPr>
            <w:proofErr w:type="spellStart"/>
            <w:r>
              <w:rPr>
                <w:color w:val="333333"/>
                <w:shd w:val="clear" w:color="auto" w:fill="FFFFFF"/>
              </w:rPr>
              <w:t>А</w:t>
            </w:r>
            <w:r w:rsidRPr="00DB562E">
              <w:rPr>
                <w:color w:val="333333"/>
                <w:shd w:val="clear" w:color="auto" w:fill="FFFFFF"/>
              </w:rPr>
              <w:t>нализ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языкового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строя</w:t>
            </w:r>
            <w:proofErr w:type="spellEnd"/>
            <w:r w:rsidRPr="00DB562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B562E">
              <w:rPr>
                <w:color w:val="333333"/>
                <w:shd w:val="clear" w:color="auto" w:fill="FFFFFF"/>
              </w:rPr>
              <w:t>текста</w:t>
            </w:r>
            <w:proofErr w:type="spellEnd"/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Литературные</w:t>
            </w:r>
            <w:proofErr w:type="spellEnd"/>
            <w:r>
              <w:t xml:space="preserve"> </w:t>
            </w:r>
            <w:proofErr w:type="spellStart"/>
            <w:r>
              <w:t>направления</w:t>
            </w:r>
            <w:proofErr w:type="spellEnd"/>
            <w:r>
              <w:t>.</w:t>
            </w:r>
          </w:p>
          <w:p w:rsidR="006007A5" w:rsidRPr="008F1720" w:rsidRDefault="006007A5" w:rsidP="004706F5">
            <w:proofErr w:type="spellStart"/>
            <w:r>
              <w:t>Новелла</w:t>
            </w:r>
            <w:proofErr w:type="spellEnd"/>
          </w:p>
        </w:tc>
      </w:tr>
      <w:tr w:rsidR="006007A5" w:rsidTr="00687DA2">
        <w:trPr>
          <w:cantSplit/>
          <w:trHeight w:val="1977"/>
        </w:trPr>
        <w:tc>
          <w:tcPr>
            <w:tcW w:w="283" w:type="pct"/>
          </w:tcPr>
          <w:p w:rsidR="006007A5" w:rsidRPr="008F1720" w:rsidRDefault="006007A5" w:rsidP="004706F5">
            <w:pPr>
              <w:tabs>
                <w:tab w:val="left" w:pos="1060"/>
              </w:tabs>
              <w:jc w:val="center"/>
            </w:pPr>
            <w:r>
              <w:t>8</w:t>
            </w:r>
          </w:p>
        </w:tc>
        <w:tc>
          <w:tcPr>
            <w:tcW w:w="866" w:type="pct"/>
          </w:tcPr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</w:pPr>
            <w:r>
              <w:rPr>
                <w:rStyle w:val="c1"/>
                <w:bCs/>
                <w:color w:val="000000"/>
              </w:rPr>
              <w:t>А.С. Пушкин.</w:t>
            </w:r>
            <w:r>
              <w:t xml:space="preserve"> «Скупой рыцарь» – «ужасный век, ужасные сердца».</w:t>
            </w:r>
          </w:p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  <w:rPr>
                <w:b/>
              </w:rPr>
            </w:pP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3F6FB5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D6B7C">
              <w:rPr>
                <w:lang w:val="ru-RU"/>
              </w:rPr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</w:t>
            </w:r>
            <w:proofErr w:type="gramStart"/>
            <w:r w:rsidRPr="006007A5">
              <w:rPr>
                <w:lang w:val="ru-RU"/>
              </w:rPr>
              <w:t>Гипотеза-проблемный</w:t>
            </w:r>
            <w:proofErr w:type="gramEnd"/>
            <w:r w:rsidRPr="006007A5">
              <w:rPr>
                <w:lang w:val="ru-RU"/>
              </w:rPr>
              <w:t xml:space="preserve"> вопрос</w:t>
            </w:r>
          </w:p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2.Групповая работа: решение проблемного вопроса</w:t>
            </w:r>
          </w:p>
          <w:p w:rsidR="006007A5" w:rsidRPr="00687DA2" w:rsidRDefault="006007A5" w:rsidP="004706F5">
            <w:pPr>
              <w:pStyle w:val="af"/>
              <w:ind w:left="1"/>
              <w:rPr>
                <w:lang w:val="ru-RU"/>
              </w:rPr>
            </w:pPr>
            <w:r>
              <w:t xml:space="preserve">3.Дискуссионная </w:t>
            </w:r>
            <w:proofErr w:type="spellStart"/>
            <w:r>
              <w:t>беседа</w:t>
            </w:r>
            <w:proofErr w:type="spellEnd"/>
          </w:p>
        </w:tc>
        <w:tc>
          <w:tcPr>
            <w:tcW w:w="1385" w:type="pct"/>
          </w:tcPr>
          <w:p w:rsidR="006007A5" w:rsidRPr="006007A5" w:rsidRDefault="006007A5" w:rsidP="006007A5">
            <w:pPr>
              <w:numPr>
                <w:ilvl w:val="0"/>
                <w:numId w:val="31"/>
              </w:numPr>
              <w:tabs>
                <w:tab w:val="clear" w:pos="720"/>
                <w:tab w:val="num" w:pos="360"/>
              </w:tabs>
              <w:spacing w:before="100" w:beforeAutospacing="1" w:after="100" w:afterAutospacing="1" w:line="240" w:lineRule="auto"/>
              <w:ind w:left="40" w:firstLine="0"/>
              <w:contextualSpacing/>
              <w:jc w:val="both"/>
              <w:rPr>
                <w:i/>
                <w:color w:val="000000"/>
                <w:lang w:val="ru-RU"/>
              </w:rPr>
            </w:pPr>
            <w:r w:rsidRPr="006007A5">
              <w:rPr>
                <w:bCs/>
                <w:iCs/>
                <w:color w:val="000000"/>
                <w:lang w:val="ru-RU"/>
              </w:rPr>
              <w:t>Анализ центральных образов трагедии «Скупой рыцарь»;</w:t>
            </w:r>
          </w:p>
          <w:p w:rsidR="006007A5" w:rsidRPr="006007A5" w:rsidRDefault="006007A5" w:rsidP="00687DA2">
            <w:pPr>
              <w:tabs>
                <w:tab w:val="num" w:pos="360"/>
              </w:tabs>
              <w:ind w:left="40"/>
              <w:jc w:val="both"/>
              <w:rPr>
                <w:lang w:val="ru-RU"/>
              </w:rPr>
            </w:pPr>
            <w:r w:rsidRPr="006007A5">
              <w:rPr>
                <w:color w:val="000000"/>
                <w:lang w:val="ru-RU"/>
              </w:rPr>
              <w:t>2.П</w:t>
            </w:r>
            <w:r w:rsidRPr="006007A5">
              <w:rPr>
                <w:lang w:val="ru-RU"/>
              </w:rPr>
              <w:t>остановка и решение важной духовно нравственной проблемы, связанной с тематикой изучаемого произведения;</w:t>
            </w:r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Роды</w:t>
            </w:r>
            <w:proofErr w:type="spellEnd"/>
            <w:r>
              <w:t xml:space="preserve"> </w:t>
            </w:r>
            <w:proofErr w:type="spellStart"/>
            <w:r>
              <w:t>литературы</w:t>
            </w:r>
            <w:proofErr w:type="spellEnd"/>
          </w:p>
          <w:p w:rsidR="006007A5" w:rsidRDefault="006007A5" w:rsidP="004706F5">
            <w:proofErr w:type="spellStart"/>
            <w:r>
              <w:t>Драма</w:t>
            </w:r>
            <w:proofErr w:type="spellEnd"/>
          </w:p>
          <w:p w:rsidR="006007A5" w:rsidRPr="008F1720" w:rsidRDefault="006007A5" w:rsidP="004706F5">
            <w:proofErr w:type="spellStart"/>
            <w:r>
              <w:t>Трагедия</w:t>
            </w:r>
            <w:proofErr w:type="spellEnd"/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r>
              <w:t>9</w:t>
            </w:r>
            <w:r w:rsidRPr="008F1720">
              <w:t>.</w:t>
            </w:r>
          </w:p>
          <w:p w:rsidR="006007A5" w:rsidRPr="008F1720" w:rsidRDefault="006007A5" w:rsidP="004706F5"/>
        </w:tc>
        <w:tc>
          <w:tcPr>
            <w:tcW w:w="866" w:type="pct"/>
          </w:tcPr>
          <w:p w:rsidR="006007A5" w:rsidRDefault="006007A5" w:rsidP="004706F5">
            <w:pPr>
              <w:pStyle w:val="c63"/>
              <w:spacing w:before="0" w:beforeAutospacing="0" w:after="0" w:afterAutospacing="0" w:line="270" w:lineRule="atLeast"/>
              <w:rPr>
                <w:b/>
              </w:rPr>
            </w:pPr>
            <w:r>
              <w:rPr>
                <w:rStyle w:val="c1"/>
                <w:bCs/>
                <w:color w:val="000000"/>
              </w:rPr>
              <w:t>А.С. Пушкин.</w:t>
            </w:r>
            <w:r>
              <w:t xml:space="preserve"> «Скупой рыцарь» – «ужасный век, ужасные сердца».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1D6B7C" w:rsidP="001D6B7C">
            <w:pPr>
              <w:shd w:val="clear" w:color="auto" w:fill="FFFFFF"/>
              <w:jc w:val="center"/>
              <w:rPr>
                <w:color w:val="181818"/>
                <w:lang w:val="ru-RU"/>
              </w:rPr>
            </w:pPr>
            <w:r>
              <w:rPr>
                <w:color w:val="181818"/>
                <w:lang w:val="ru-RU"/>
              </w:rPr>
              <w:t>11</w:t>
            </w:r>
            <w:r w:rsidR="003F6FB5">
              <w:rPr>
                <w:color w:val="181818"/>
                <w:lang w:val="ru-RU"/>
              </w:rPr>
              <w:t>.11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shd w:val="clear" w:color="auto" w:fill="FFFFFF"/>
              <w:jc w:val="both"/>
              <w:rPr>
                <w:color w:val="181818"/>
                <w:lang w:val="ru-RU"/>
              </w:rPr>
            </w:pPr>
            <w:r w:rsidRPr="006007A5">
              <w:rPr>
                <w:color w:val="181818"/>
                <w:lang w:val="ru-RU"/>
              </w:rPr>
              <w:t xml:space="preserve"> Дискуссионная беседа по проблемным вопросам:</w:t>
            </w:r>
          </w:p>
          <w:p w:rsidR="006007A5" w:rsidRPr="006007A5" w:rsidRDefault="006007A5" w:rsidP="004706F5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lang w:val="ru-RU"/>
              </w:rPr>
            </w:pPr>
            <w:r w:rsidRPr="006007A5">
              <w:rPr>
                <w:color w:val="181818"/>
                <w:lang w:val="ru-RU"/>
              </w:rPr>
              <w:t>«Да неужели все сводится к деньгам?»</w:t>
            </w:r>
          </w:p>
          <w:p w:rsidR="006007A5" w:rsidRPr="006007A5" w:rsidRDefault="006007A5" w:rsidP="006007A5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lang w:val="ru-RU"/>
              </w:rPr>
            </w:pPr>
            <w:r w:rsidRPr="00024E5F">
              <w:rPr>
                <w:color w:val="181818"/>
              </w:rPr>
              <w:t>«</w:t>
            </w:r>
            <w:proofErr w:type="spellStart"/>
            <w:r w:rsidRPr="00024E5F">
              <w:rPr>
                <w:color w:val="181818"/>
              </w:rPr>
              <w:t>Деньги</w:t>
            </w:r>
            <w:proofErr w:type="spellEnd"/>
            <w:r w:rsidRPr="00024E5F">
              <w:rPr>
                <w:color w:val="181818"/>
              </w:rPr>
              <w:t xml:space="preserve"> </w:t>
            </w:r>
            <w:proofErr w:type="spellStart"/>
            <w:r w:rsidRPr="00024E5F">
              <w:rPr>
                <w:color w:val="181818"/>
              </w:rPr>
              <w:t>не</w:t>
            </w:r>
            <w:proofErr w:type="spellEnd"/>
            <w:r w:rsidRPr="00024E5F">
              <w:rPr>
                <w:color w:val="181818"/>
              </w:rPr>
              <w:t xml:space="preserve"> </w:t>
            </w:r>
            <w:proofErr w:type="spellStart"/>
            <w:r w:rsidRPr="00024E5F">
              <w:rPr>
                <w:color w:val="181818"/>
              </w:rPr>
              <w:t>пахнут</w:t>
            </w:r>
            <w:proofErr w:type="spellEnd"/>
            <w:r w:rsidRPr="00024E5F">
              <w:rPr>
                <w:color w:val="181818"/>
              </w:rPr>
              <w:t xml:space="preserve">» 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Совершенствование навыков анализа художественного текста, формирование литературоведческих компетенций.</w:t>
            </w:r>
          </w:p>
        </w:tc>
        <w:tc>
          <w:tcPr>
            <w:tcW w:w="729" w:type="pct"/>
          </w:tcPr>
          <w:p w:rsidR="006007A5" w:rsidRDefault="006007A5" w:rsidP="004706F5">
            <w:proofErr w:type="spellStart"/>
            <w:r>
              <w:t>Роды</w:t>
            </w:r>
            <w:proofErr w:type="spellEnd"/>
            <w:r>
              <w:t xml:space="preserve"> </w:t>
            </w:r>
            <w:proofErr w:type="spellStart"/>
            <w:r>
              <w:t>литературы</w:t>
            </w:r>
            <w:proofErr w:type="spellEnd"/>
          </w:p>
          <w:p w:rsidR="006007A5" w:rsidRDefault="006007A5" w:rsidP="004706F5">
            <w:proofErr w:type="spellStart"/>
            <w:r>
              <w:t>Драма</w:t>
            </w:r>
            <w:proofErr w:type="spellEnd"/>
          </w:p>
          <w:p w:rsidR="006007A5" w:rsidRPr="008F1720" w:rsidRDefault="006007A5" w:rsidP="004706F5">
            <w:proofErr w:type="spellStart"/>
            <w:r>
              <w:t>Трагедия</w:t>
            </w:r>
            <w:proofErr w:type="spellEnd"/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>
              <w:t>10</w:t>
            </w:r>
            <w:r w:rsidRPr="008F1720">
              <w:t>.</w:t>
            </w:r>
          </w:p>
        </w:tc>
        <w:tc>
          <w:tcPr>
            <w:tcW w:w="866" w:type="pct"/>
          </w:tcPr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  <w:lang w:val="ru-RU"/>
              </w:rPr>
            </w:pPr>
            <w:r w:rsidRPr="006007A5">
              <w:rPr>
                <w:bCs/>
                <w:iCs/>
                <w:color w:val="000000"/>
                <w:lang w:val="ru-RU"/>
              </w:rPr>
              <w:t>В.И. Дал</w:t>
            </w:r>
            <w:r w:rsidRPr="006007A5">
              <w:rPr>
                <w:color w:val="000000"/>
                <w:lang w:val="ru-RU"/>
              </w:rPr>
              <w:t>ь. Сказка «Что значит досуг?».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3F6FB5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D6B7C">
              <w:rPr>
                <w:lang w:val="ru-RU"/>
              </w:rPr>
              <w:t>8</w:t>
            </w:r>
            <w:r>
              <w:rPr>
                <w:lang w:val="ru-RU"/>
              </w:rPr>
              <w:t>.11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1.Видеоролик о жизни и творчестве В.Даля</w:t>
            </w:r>
          </w:p>
          <w:p w:rsidR="006007A5" w:rsidRDefault="006007A5" w:rsidP="004706F5">
            <w:pPr>
              <w:pStyle w:val="af"/>
              <w:ind w:left="1"/>
            </w:pPr>
            <w:r>
              <w:t xml:space="preserve">2.Аналитическое </w:t>
            </w: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сказок</w:t>
            </w:r>
            <w:proofErr w:type="spellEnd"/>
          </w:p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  <w:r>
              <w:t>3.Викторина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Знакомство с жизнью и творчеством В.Даля. Особенности сказок В.Даля.</w:t>
            </w:r>
          </w:p>
        </w:tc>
        <w:tc>
          <w:tcPr>
            <w:tcW w:w="729" w:type="pct"/>
          </w:tcPr>
          <w:p w:rsidR="006007A5" w:rsidRPr="008F1720" w:rsidRDefault="006007A5" w:rsidP="004706F5">
            <w:proofErr w:type="spellStart"/>
            <w:r>
              <w:t>Жанр</w:t>
            </w:r>
            <w:proofErr w:type="spellEnd"/>
            <w:r>
              <w:t xml:space="preserve"> </w:t>
            </w:r>
            <w:proofErr w:type="spellStart"/>
            <w:r>
              <w:t>сказки</w:t>
            </w:r>
            <w:proofErr w:type="spellEnd"/>
            <w:r>
              <w:t xml:space="preserve">. </w:t>
            </w:r>
            <w:proofErr w:type="spellStart"/>
            <w:r>
              <w:t>Композиция</w:t>
            </w:r>
            <w:proofErr w:type="spellEnd"/>
            <w:r>
              <w:t xml:space="preserve"> </w:t>
            </w:r>
            <w:proofErr w:type="spellStart"/>
            <w:r>
              <w:t>сказки</w:t>
            </w:r>
            <w:proofErr w:type="spellEnd"/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/>
          <w:p w:rsidR="006007A5" w:rsidRPr="008F1720" w:rsidRDefault="006007A5" w:rsidP="004706F5">
            <w:r w:rsidRPr="008F1720">
              <w:t xml:space="preserve">   1</w:t>
            </w:r>
            <w:r>
              <w:t>1</w:t>
            </w:r>
            <w:r w:rsidRPr="008F1720">
              <w:t xml:space="preserve">. </w:t>
            </w:r>
          </w:p>
        </w:tc>
        <w:tc>
          <w:tcPr>
            <w:tcW w:w="866" w:type="pct"/>
          </w:tcPr>
          <w:p w:rsidR="006007A5" w:rsidRP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И.С. Тургенев.</w:t>
            </w:r>
            <w:r>
              <w:rPr>
                <w:rStyle w:val="apple-converted-space"/>
                <w:bCs/>
                <w:color w:val="000000"/>
              </w:rPr>
              <w:t> </w:t>
            </w:r>
            <w:r w:rsidRPr="006007A5">
              <w:rPr>
                <w:lang w:val="ru-RU"/>
              </w:rPr>
              <w:t>«Бурмистр». Влияние крепостного права на людей.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1D6B7C" w:rsidP="003F6FB5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F6FB5">
              <w:rPr>
                <w:lang w:val="ru-RU"/>
              </w:rPr>
              <w:t>.11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1.Групповая работа: сравнительная характеристика образа героев</w:t>
            </w:r>
          </w:p>
          <w:p w:rsidR="006007A5" w:rsidRPr="00BE15C1" w:rsidRDefault="006007A5" w:rsidP="004706F5">
            <w:pPr>
              <w:pStyle w:val="af"/>
              <w:ind w:left="1"/>
            </w:pPr>
            <w:r>
              <w:t xml:space="preserve">2.Аналитическое </w:t>
            </w: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эпизодов</w:t>
            </w:r>
            <w:proofErr w:type="spellEnd"/>
            <w:r>
              <w:t xml:space="preserve"> </w:t>
            </w:r>
            <w:proofErr w:type="spellStart"/>
            <w:r>
              <w:t>рассказа</w:t>
            </w:r>
            <w:proofErr w:type="spellEnd"/>
            <w:r>
              <w:t>.</w:t>
            </w:r>
          </w:p>
        </w:tc>
        <w:tc>
          <w:tcPr>
            <w:tcW w:w="1385" w:type="pct"/>
          </w:tcPr>
          <w:p w:rsidR="006007A5" w:rsidRPr="006007A5" w:rsidRDefault="006007A5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Обращение И.С.Тургенева к теме крепостного права. Композиция произведения</w:t>
            </w:r>
          </w:p>
          <w:p w:rsidR="006007A5" w:rsidRPr="006007A5" w:rsidRDefault="006007A5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color w:val="000000"/>
                <w:shd w:val="clear" w:color="auto" w:fill="FFFFFF"/>
                <w:lang w:val="ru-RU"/>
              </w:rPr>
              <w:t>Сопоставление  и анализ художественного произведения, оценивание поступков  героев</w:t>
            </w:r>
          </w:p>
        </w:tc>
        <w:tc>
          <w:tcPr>
            <w:tcW w:w="729" w:type="pct"/>
          </w:tcPr>
          <w:p w:rsidR="006007A5" w:rsidRPr="008F1720" w:rsidRDefault="006007A5" w:rsidP="004706F5">
            <w:pPr>
              <w:tabs>
                <w:tab w:val="right" w:pos="2732"/>
              </w:tabs>
            </w:pPr>
            <w:proofErr w:type="spellStart"/>
            <w:r>
              <w:t>Крепостное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>.</w:t>
            </w:r>
          </w:p>
        </w:tc>
      </w:tr>
      <w:tr w:rsidR="006007A5" w:rsidTr="006007A5">
        <w:trPr>
          <w:cantSplit/>
          <w:trHeight w:val="20"/>
        </w:trPr>
        <w:tc>
          <w:tcPr>
            <w:tcW w:w="283" w:type="pct"/>
          </w:tcPr>
          <w:p w:rsidR="006007A5" w:rsidRPr="008F1720" w:rsidRDefault="006007A5" w:rsidP="004706F5">
            <w:r w:rsidRPr="008F1720">
              <w:t xml:space="preserve">     1</w:t>
            </w:r>
            <w:r>
              <w:t>2</w:t>
            </w:r>
            <w:r w:rsidRPr="008F1720">
              <w:t xml:space="preserve">.  </w:t>
            </w:r>
          </w:p>
        </w:tc>
        <w:tc>
          <w:tcPr>
            <w:tcW w:w="866" w:type="pct"/>
          </w:tcPr>
          <w:p w:rsidR="006007A5" w:rsidRDefault="006007A5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</w:rPr>
            </w:pPr>
            <w:r>
              <w:rPr>
                <w:rStyle w:val="c1"/>
                <w:bCs/>
                <w:color w:val="000000"/>
              </w:rPr>
              <w:t xml:space="preserve">Н.А. </w:t>
            </w:r>
            <w:proofErr w:type="spellStart"/>
            <w:r>
              <w:rPr>
                <w:rStyle w:val="c1"/>
                <w:bCs/>
                <w:color w:val="000000"/>
              </w:rPr>
              <w:t>Некрасов</w:t>
            </w:r>
            <w:proofErr w:type="spellEnd"/>
            <w:r>
              <w:rPr>
                <w:rStyle w:val="c1"/>
                <w:bCs/>
                <w:color w:val="000000"/>
              </w:rPr>
              <w:t>.</w:t>
            </w:r>
            <w:r>
              <w:rPr>
                <w:rStyle w:val="apple-converted-space"/>
                <w:bCs/>
                <w:color w:val="000000"/>
              </w:rPr>
              <w:t> </w:t>
            </w:r>
            <w:r>
              <w:t>«</w:t>
            </w:r>
            <w:proofErr w:type="spellStart"/>
            <w:r>
              <w:t>Школьник</w:t>
            </w:r>
            <w:proofErr w:type="spellEnd"/>
            <w:r>
              <w:t>».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1D6B7C" w:rsidP="003F6FB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1.Обучать правильному чтению стихов; </w:t>
            </w:r>
          </w:p>
          <w:p w:rsidR="006007A5" w:rsidRPr="006007A5" w:rsidRDefault="006007A5" w:rsidP="004706F5">
            <w:pPr>
              <w:ind w:left="2"/>
              <w:rPr>
                <w:lang w:val="ru-RU"/>
              </w:rPr>
            </w:pPr>
            <w:r w:rsidRPr="006007A5">
              <w:rPr>
                <w:lang w:val="ru-RU"/>
              </w:rPr>
              <w:t xml:space="preserve">2.Словарная работа </w:t>
            </w:r>
          </w:p>
          <w:p w:rsidR="006007A5" w:rsidRPr="006007A5" w:rsidRDefault="006007A5" w:rsidP="004706F5">
            <w:pPr>
              <w:ind w:left="2"/>
              <w:rPr>
                <w:lang w:val="ru-RU"/>
              </w:rPr>
            </w:pPr>
            <w:r w:rsidRPr="006007A5">
              <w:rPr>
                <w:lang w:val="ru-RU"/>
              </w:rPr>
              <w:t>3. Доклад учащегося «Своеобразие поэзии Н. А. Некрасова»</w:t>
            </w:r>
          </w:p>
          <w:p w:rsidR="006007A5" w:rsidRPr="006007A5" w:rsidRDefault="006007A5" w:rsidP="006007A5">
            <w:pPr>
              <w:ind w:left="2"/>
              <w:rPr>
                <w:lang w:val="ru-RU"/>
              </w:rPr>
            </w:pPr>
            <w:r>
              <w:t xml:space="preserve">4. </w:t>
            </w:r>
            <w:proofErr w:type="spellStart"/>
            <w:r>
              <w:t>Кроссворд</w:t>
            </w:r>
            <w:proofErr w:type="spellEnd"/>
          </w:p>
        </w:tc>
        <w:tc>
          <w:tcPr>
            <w:tcW w:w="1385" w:type="pct"/>
          </w:tcPr>
          <w:p w:rsidR="006007A5" w:rsidRPr="006007A5" w:rsidRDefault="006007A5" w:rsidP="004706F5">
            <w:pPr>
              <w:ind w:left="2"/>
              <w:rPr>
                <w:lang w:val="ru-RU"/>
              </w:rPr>
            </w:pPr>
            <w:r w:rsidRPr="006007A5">
              <w:rPr>
                <w:lang w:val="ru-RU"/>
              </w:rPr>
              <w:t>Знакомство</w:t>
            </w:r>
            <w:r>
              <w:t> </w:t>
            </w:r>
            <w:r w:rsidRPr="006007A5">
              <w:rPr>
                <w:lang w:val="ru-RU"/>
              </w:rPr>
              <w:t xml:space="preserve"> с</w:t>
            </w:r>
            <w:r>
              <w:t> </w:t>
            </w:r>
            <w:r w:rsidRPr="006007A5">
              <w:rPr>
                <w:lang w:val="ru-RU"/>
              </w:rPr>
              <w:t xml:space="preserve"> жизнью</w:t>
            </w:r>
            <w:r>
              <w:t> </w:t>
            </w:r>
            <w:r w:rsidRPr="006007A5">
              <w:rPr>
                <w:lang w:val="ru-RU"/>
              </w:rPr>
              <w:t xml:space="preserve"> и</w:t>
            </w:r>
            <w:r>
              <w:t> </w:t>
            </w:r>
            <w:r w:rsidRPr="006007A5">
              <w:rPr>
                <w:lang w:val="ru-RU"/>
              </w:rPr>
              <w:t xml:space="preserve"> творчеством Н. А. Некрасова. Совершенствование навыков анализа художественного текста, формирование литературоведческих компетенций.</w:t>
            </w:r>
          </w:p>
          <w:p w:rsidR="006007A5" w:rsidRPr="006007A5" w:rsidRDefault="006007A5" w:rsidP="004706F5">
            <w:pPr>
              <w:ind w:left="2"/>
              <w:rPr>
                <w:lang w:val="ru-RU"/>
              </w:rPr>
            </w:pPr>
          </w:p>
        </w:tc>
        <w:tc>
          <w:tcPr>
            <w:tcW w:w="729" w:type="pct"/>
          </w:tcPr>
          <w:p w:rsidR="006007A5" w:rsidRDefault="006007A5" w:rsidP="004706F5">
            <w:pPr>
              <w:tabs>
                <w:tab w:val="right" w:pos="2732"/>
              </w:tabs>
            </w:pPr>
            <w:proofErr w:type="spellStart"/>
            <w:r>
              <w:t>Лирическое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</w:p>
          <w:p w:rsidR="006007A5" w:rsidRPr="008F1720" w:rsidRDefault="006007A5" w:rsidP="004706F5">
            <w:pPr>
              <w:tabs>
                <w:tab w:val="right" w:pos="2732"/>
              </w:tabs>
            </w:pPr>
            <w:proofErr w:type="spellStart"/>
            <w:r>
              <w:t>Лирический</w:t>
            </w:r>
            <w:proofErr w:type="spellEnd"/>
            <w:r>
              <w:t xml:space="preserve"> </w:t>
            </w:r>
            <w:proofErr w:type="spellStart"/>
            <w:r>
              <w:t>герой</w:t>
            </w:r>
            <w:proofErr w:type="spellEnd"/>
          </w:p>
        </w:tc>
      </w:tr>
      <w:tr w:rsidR="006007A5" w:rsidTr="00687DA2">
        <w:trPr>
          <w:cantSplit/>
          <w:trHeight w:val="1835"/>
        </w:trPr>
        <w:tc>
          <w:tcPr>
            <w:tcW w:w="283" w:type="pct"/>
          </w:tcPr>
          <w:p w:rsidR="006007A5" w:rsidRPr="008F1720" w:rsidRDefault="006007A5" w:rsidP="004706F5">
            <w:pPr>
              <w:jc w:val="center"/>
            </w:pPr>
            <w:r w:rsidRPr="008F1720">
              <w:t>1</w:t>
            </w:r>
            <w:r>
              <w:t>3</w:t>
            </w:r>
            <w:r w:rsidRPr="008F1720">
              <w:t>.</w:t>
            </w:r>
          </w:p>
        </w:tc>
        <w:tc>
          <w:tcPr>
            <w:tcW w:w="866" w:type="pct"/>
          </w:tcPr>
          <w:p w:rsidR="006007A5" w:rsidRDefault="006007A5" w:rsidP="004706F5">
            <w:pPr>
              <w:pStyle w:val="c7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t>Л.Н. Толстой. «Два товарища», «Лгун», «Отец и сыновья».</w:t>
            </w:r>
          </w:p>
        </w:tc>
        <w:tc>
          <w:tcPr>
            <w:tcW w:w="276" w:type="pct"/>
          </w:tcPr>
          <w:p w:rsidR="006007A5" w:rsidRPr="004C706F" w:rsidRDefault="006007A5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6007A5" w:rsidRPr="006007A5" w:rsidRDefault="003F6FB5" w:rsidP="001D6B7C">
            <w:pPr>
              <w:pStyle w:val="af"/>
              <w:ind w:left="46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1D6B7C">
              <w:rPr>
                <w:lang w:val="ru-RU"/>
              </w:rPr>
              <w:t>9</w:t>
            </w:r>
            <w:r>
              <w:rPr>
                <w:lang w:val="ru-RU"/>
              </w:rPr>
              <w:t>.12</w:t>
            </w:r>
          </w:p>
        </w:tc>
        <w:tc>
          <w:tcPr>
            <w:tcW w:w="956" w:type="pct"/>
          </w:tcPr>
          <w:p w:rsidR="006007A5" w:rsidRPr="006007A5" w:rsidRDefault="006007A5" w:rsidP="004706F5">
            <w:pPr>
              <w:pStyle w:val="af"/>
              <w:ind w:left="4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1.Словарная работа</w:t>
            </w:r>
          </w:p>
          <w:p w:rsidR="006007A5" w:rsidRPr="006007A5" w:rsidRDefault="006007A5" w:rsidP="004706F5">
            <w:pPr>
              <w:pStyle w:val="af"/>
              <w:ind w:left="4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2.Работа с эпиграфом</w:t>
            </w:r>
          </w:p>
          <w:p w:rsidR="006007A5" w:rsidRPr="006007A5" w:rsidRDefault="006007A5" w:rsidP="004706F5">
            <w:pPr>
              <w:pStyle w:val="af"/>
              <w:ind w:left="4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3.Выставка книг</w:t>
            </w:r>
          </w:p>
          <w:p w:rsidR="006007A5" w:rsidRPr="006007A5" w:rsidRDefault="006007A5" w:rsidP="004706F5">
            <w:pPr>
              <w:pStyle w:val="af"/>
              <w:ind w:left="4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4.Аналитическая беседа по прочитанным произведениям</w:t>
            </w:r>
          </w:p>
        </w:tc>
        <w:tc>
          <w:tcPr>
            <w:tcW w:w="1385" w:type="pct"/>
          </w:tcPr>
          <w:p w:rsidR="006007A5" w:rsidRPr="006007A5" w:rsidRDefault="006007A5" w:rsidP="00687DA2">
            <w:pPr>
              <w:ind w:left="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Знакомство</w:t>
            </w:r>
            <w:r>
              <w:t> </w:t>
            </w:r>
            <w:r w:rsidRPr="006007A5">
              <w:rPr>
                <w:lang w:val="ru-RU"/>
              </w:rPr>
              <w:t xml:space="preserve"> с</w:t>
            </w:r>
            <w:r>
              <w:t> </w:t>
            </w:r>
            <w:r w:rsidRPr="006007A5">
              <w:rPr>
                <w:lang w:val="ru-RU"/>
              </w:rPr>
              <w:t xml:space="preserve"> жизнью</w:t>
            </w:r>
            <w:r>
              <w:t> </w:t>
            </w:r>
            <w:r w:rsidRPr="006007A5">
              <w:rPr>
                <w:lang w:val="ru-RU"/>
              </w:rPr>
              <w:t xml:space="preserve"> и</w:t>
            </w:r>
            <w:r>
              <w:t> </w:t>
            </w:r>
            <w:r w:rsidRPr="006007A5">
              <w:rPr>
                <w:lang w:val="ru-RU"/>
              </w:rPr>
              <w:t xml:space="preserve"> творчеством Л.Н. Толстого. Совершенствование навыков анализа художественного текста, формирование литературоведческих компетенций.</w:t>
            </w:r>
          </w:p>
        </w:tc>
        <w:tc>
          <w:tcPr>
            <w:tcW w:w="729" w:type="pct"/>
          </w:tcPr>
          <w:p w:rsidR="006007A5" w:rsidRPr="00FB0D1A" w:rsidRDefault="006007A5" w:rsidP="004706F5">
            <w:pPr>
              <w:tabs>
                <w:tab w:val="right" w:pos="2732"/>
              </w:tabs>
            </w:pPr>
            <w:proofErr w:type="spellStart"/>
            <w:r w:rsidRPr="00FB0D1A">
              <w:rPr>
                <w:color w:val="333333"/>
                <w:shd w:val="clear" w:color="auto" w:fill="FFFFFF"/>
              </w:rPr>
              <w:t>Басня</w:t>
            </w:r>
            <w:proofErr w:type="spellEnd"/>
            <w:r w:rsidRPr="00FB0D1A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FB0D1A">
              <w:rPr>
                <w:color w:val="333333"/>
                <w:shd w:val="clear" w:color="auto" w:fill="FFFFFF"/>
              </w:rPr>
              <w:t>пословица</w:t>
            </w:r>
            <w:proofErr w:type="spellEnd"/>
            <w:r w:rsidRPr="00FB0D1A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FB0D1A">
              <w:rPr>
                <w:color w:val="333333"/>
                <w:shd w:val="clear" w:color="auto" w:fill="FFFFFF"/>
              </w:rPr>
              <w:t>сказка</w:t>
            </w:r>
            <w:proofErr w:type="spellEnd"/>
            <w:r w:rsidRPr="00FB0D1A">
              <w:rPr>
                <w:color w:val="333333"/>
                <w:shd w:val="clear" w:color="auto" w:fill="FFFFFF"/>
              </w:rPr>
              <w:t>.</w:t>
            </w:r>
          </w:p>
        </w:tc>
      </w:tr>
      <w:tr w:rsidR="001D6B7C" w:rsidRPr="00295B63" w:rsidTr="00687DA2">
        <w:trPr>
          <w:cantSplit/>
          <w:trHeight w:val="1835"/>
        </w:trPr>
        <w:tc>
          <w:tcPr>
            <w:tcW w:w="283" w:type="pct"/>
          </w:tcPr>
          <w:p w:rsidR="001D6B7C" w:rsidRPr="00295B63" w:rsidRDefault="001D6B7C" w:rsidP="004706F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14.</w:t>
            </w:r>
          </w:p>
        </w:tc>
        <w:tc>
          <w:tcPr>
            <w:tcW w:w="866" w:type="pct"/>
          </w:tcPr>
          <w:p w:rsidR="001D6B7C" w:rsidRDefault="001D6B7C" w:rsidP="00295B63">
            <w:pPr>
              <w:pStyle w:val="c7"/>
              <w:spacing w:before="0" w:beforeAutospacing="0" w:after="0" w:afterAutospacing="0" w:line="270" w:lineRule="atLeast"/>
              <w:jc w:val="both"/>
            </w:pPr>
            <w:r>
              <w:t>Л.Н. Толстой. «Бедные люди». Милосердие и доброта.</w:t>
            </w:r>
          </w:p>
        </w:tc>
        <w:tc>
          <w:tcPr>
            <w:tcW w:w="276" w:type="pct"/>
          </w:tcPr>
          <w:p w:rsidR="001D6B7C" w:rsidRPr="00295B63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1D6B7C" w:rsidP="008324AF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956" w:type="pct"/>
          </w:tcPr>
          <w:p w:rsidR="001D6B7C" w:rsidRPr="006007A5" w:rsidRDefault="001D6B7C" w:rsidP="00295B63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1.Аналитическая беседа по прочитанному произведению.</w:t>
            </w:r>
          </w:p>
          <w:p w:rsidR="001D6B7C" w:rsidRPr="006007A5" w:rsidRDefault="001D6B7C" w:rsidP="00295B63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2.Опыт медленного чтения.</w:t>
            </w:r>
          </w:p>
          <w:p w:rsidR="001D6B7C" w:rsidRPr="006007A5" w:rsidRDefault="001D6B7C" w:rsidP="00295B63">
            <w:pPr>
              <w:pStyle w:val="af"/>
              <w:ind w:left="46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3.Обсуждение смысла названия произведения</w:t>
            </w:r>
          </w:p>
        </w:tc>
        <w:tc>
          <w:tcPr>
            <w:tcW w:w="1385" w:type="pct"/>
          </w:tcPr>
          <w:p w:rsidR="001D6B7C" w:rsidRPr="006007A5" w:rsidRDefault="001D6B7C" w:rsidP="00687DA2">
            <w:pPr>
              <w:ind w:left="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Совершенствование навыков анализа художественного текста, формирование литературоведческих компетенций.</w:t>
            </w:r>
          </w:p>
        </w:tc>
        <w:tc>
          <w:tcPr>
            <w:tcW w:w="729" w:type="pct"/>
          </w:tcPr>
          <w:p w:rsidR="001D6B7C" w:rsidRPr="00295B63" w:rsidRDefault="001D6B7C" w:rsidP="004706F5">
            <w:pPr>
              <w:tabs>
                <w:tab w:val="right" w:pos="2732"/>
              </w:tabs>
              <w:rPr>
                <w:color w:val="333333"/>
                <w:shd w:val="clear" w:color="auto" w:fill="FFFFFF"/>
                <w:lang w:val="ru-RU"/>
              </w:rPr>
            </w:pPr>
            <w:r>
              <w:rPr>
                <w:color w:val="333333"/>
                <w:shd w:val="clear" w:color="auto" w:fill="FFFFFF"/>
                <w:lang w:val="ru-RU"/>
              </w:rPr>
              <w:t>Рассказ</w:t>
            </w:r>
          </w:p>
        </w:tc>
      </w:tr>
      <w:tr w:rsidR="001D6B7C" w:rsidRPr="00EA3242" w:rsidTr="006007A5">
        <w:trPr>
          <w:cantSplit/>
          <w:trHeight w:val="1808"/>
        </w:trPr>
        <w:tc>
          <w:tcPr>
            <w:tcW w:w="283" w:type="pct"/>
          </w:tcPr>
          <w:p w:rsidR="001D6B7C" w:rsidRPr="008F1720" w:rsidRDefault="001D6B7C" w:rsidP="001D6B7C">
            <w:r w:rsidRPr="00295B63">
              <w:rPr>
                <w:lang w:val="ru-RU"/>
              </w:rPr>
              <w:t xml:space="preserve">  </w:t>
            </w:r>
            <w:r w:rsidRPr="008F1720">
              <w:t>1</w:t>
            </w:r>
            <w:r>
              <w:rPr>
                <w:lang w:val="ru-RU"/>
              </w:rPr>
              <w:t>5</w:t>
            </w:r>
            <w:r w:rsidRPr="008F1720">
              <w:t>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85"/>
              <w:spacing w:before="0" w:beforeAutospacing="0" w:after="0" w:afterAutospacing="0" w:line="270" w:lineRule="atLeast"/>
              <w:ind w:right="24"/>
              <w:jc w:val="both"/>
              <w:rPr>
                <w:b/>
              </w:rPr>
            </w:pPr>
            <w:r>
              <w:rPr>
                <w:rStyle w:val="c1"/>
                <w:bCs/>
                <w:color w:val="000000"/>
              </w:rPr>
              <w:t xml:space="preserve">Н.С. Лесков. </w:t>
            </w:r>
            <w:r>
              <w:t>«Христос в гостях у мужика».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3F6FB5" w:rsidRDefault="001D6B7C" w:rsidP="008324AF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1.Выступление команд по вопросам домашнего задания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 xml:space="preserve">2.Работа с </w:t>
            </w:r>
            <w:proofErr w:type="gramStart"/>
            <w:r w:rsidRPr="006007A5">
              <w:rPr>
                <w:lang w:val="ru-RU"/>
              </w:rPr>
              <w:t>ассоциативным</w:t>
            </w:r>
            <w:proofErr w:type="gramEnd"/>
            <w:r w:rsidRPr="006007A5">
              <w:rPr>
                <w:lang w:val="ru-RU"/>
              </w:rPr>
              <w:t xml:space="preserve"> рядом.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 xml:space="preserve">3.Составление </w:t>
            </w:r>
            <w:proofErr w:type="spellStart"/>
            <w:r w:rsidRPr="006007A5">
              <w:rPr>
                <w:lang w:val="ru-RU"/>
              </w:rPr>
              <w:t>синквейна</w:t>
            </w:r>
            <w:proofErr w:type="spellEnd"/>
          </w:p>
        </w:tc>
        <w:tc>
          <w:tcPr>
            <w:tcW w:w="1385" w:type="pct"/>
          </w:tcPr>
          <w:p w:rsidR="001D6B7C" w:rsidRPr="006007A5" w:rsidRDefault="001D6B7C" w:rsidP="004706F5">
            <w:pPr>
              <w:ind w:left="120"/>
              <w:rPr>
                <w:lang w:val="ru-RU"/>
              </w:rPr>
            </w:pPr>
            <w:r w:rsidRPr="006007A5">
              <w:rPr>
                <w:lang w:val="ru-RU"/>
              </w:rPr>
              <w:t xml:space="preserve">Формирование знаний учащихся по творчеству Лескова, </w:t>
            </w:r>
          </w:p>
          <w:p w:rsidR="001D6B7C" w:rsidRPr="006007A5" w:rsidRDefault="001D6B7C" w:rsidP="006007A5">
            <w:pPr>
              <w:ind w:left="120"/>
              <w:rPr>
                <w:lang w:val="ru-RU"/>
              </w:rPr>
            </w:pPr>
            <w:r w:rsidRPr="006007A5">
              <w:rPr>
                <w:lang w:val="ru-RU"/>
              </w:rPr>
              <w:t>Знакомство с жанром  святочным рассказом.</w:t>
            </w:r>
          </w:p>
        </w:tc>
        <w:tc>
          <w:tcPr>
            <w:tcW w:w="729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Святочный рассказ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Жанрообразующие признаки святочного рассказа</w:t>
            </w:r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  <w:tcBorders>
              <w:bottom w:val="single" w:sz="4" w:space="0" w:color="auto"/>
            </w:tcBorders>
          </w:tcPr>
          <w:p w:rsidR="001D6B7C" w:rsidRPr="001D6B7C" w:rsidRDefault="001D6B7C" w:rsidP="004706F5">
            <w:pPr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6.</w:t>
            </w:r>
          </w:p>
          <w:p w:rsidR="001D6B7C" w:rsidRPr="008F1720" w:rsidRDefault="001D6B7C" w:rsidP="006007A5">
            <w:r>
              <w:t xml:space="preserve">  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1D6B7C" w:rsidRPr="00FB0D1A" w:rsidRDefault="001D6B7C" w:rsidP="006007A5">
            <w:pPr>
              <w:pStyle w:val="c7"/>
              <w:spacing w:before="0" w:beforeAutospacing="0" w:after="0" w:afterAutospacing="0" w:line="270" w:lineRule="atLeast"/>
              <w:jc w:val="both"/>
            </w:pPr>
            <w:r w:rsidRPr="00FB0D1A">
              <w:t>Рождество в произведениях русских писателей</w:t>
            </w:r>
            <w:r>
              <w:t xml:space="preserve"> и поэтов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1D6B7C" w:rsidRPr="006007A5" w:rsidRDefault="001D6B7C" w:rsidP="008324AF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:rsidR="001D6B7C" w:rsidRPr="004C706F" w:rsidRDefault="001D6B7C" w:rsidP="004706F5">
            <w:pPr>
              <w:pStyle w:val="af"/>
              <w:ind w:left="1"/>
            </w:pPr>
            <w:proofErr w:type="spellStart"/>
            <w:r>
              <w:t>Литературная</w:t>
            </w:r>
            <w:proofErr w:type="spellEnd"/>
            <w:r>
              <w:t xml:space="preserve"> </w:t>
            </w:r>
            <w:proofErr w:type="spellStart"/>
            <w:r>
              <w:t>гостиная</w:t>
            </w:r>
            <w:proofErr w:type="spellEnd"/>
          </w:p>
        </w:tc>
        <w:tc>
          <w:tcPr>
            <w:tcW w:w="1385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Тема Рождества в произведениях русских писателей и поэтов.</w:t>
            </w:r>
          </w:p>
          <w:p w:rsidR="001D6B7C" w:rsidRPr="008F1720" w:rsidRDefault="001D6B7C" w:rsidP="004706F5">
            <w:pPr>
              <w:jc w:val="both"/>
            </w:pPr>
            <w:proofErr w:type="spellStart"/>
            <w:r>
              <w:t>Коллективная</w:t>
            </w:r>
            <w:proofErr w:type="spellEnd"/>
            <w:r>
              <w:t xml:space="preserve"> </w:t>
            </w:r>
            <w:proofErr w:type="spellStart"/>
            <w:r>
              <w:t>творческая</w:t>
            </w:r>
            <w:proofErr w:type="spellEnd"/>
            <w:r>
              <w:t xml:space="preserve"> </w:t>
            </w:r>
            <w:proofErr w:type="spellStart"/>
            <w:r>
              <w:t>деятельность</w:t>
            </w:r>
            <w:proofErr w:type="spellEnd"/>
            <w:r>
              <w:t>.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1D6B7C" w:rsidRPr="003326C1" w:rsidRDefault="001D6B7C" w:rsidP="004706F5">
            <w:proofErr w:type="spellStart"/>
            <w:r w:rsidRPr="003326C1">
              <w:t>Святочный</w:t>
            </w:r>
            <w:proofErr w:type="spellEnd"/>
            <w:r w:rsidRPr="003326C1">
              <w:t xml:space="preserve"> </w:t>
            </w:r>
            <w:proofErr w:type="spellStart"/>
            <w:r w:rsidRPr="003326C1">
              <w:t>рассказ</w:t>
            </w:r>
            <w:proofErr w:type="spellEnd"/>
          </w:p>
        </w:tc>
      </w:tr>
      <w:tr w:rsidR="001D6B7C" w:rsidTr="006007A5">
        <w:trPr>
          <w:cantSplit/>
          <w:trHeight w:val="2119"/>
        </w:trPr>
        <w:tc>
          <w:tcPr>
            <w:tcW w:w="283" w:type="pct"/>
            <w:tcBorders>
              <w:bottom w:val="single" w:sz="4" w:space="0" w:color="auto"/>
            </w:tcBorders>
          </w:tcPr>
          <w:p w:rsidR="001D6B7C" w:rsidRPr="008F1720" w:rsidRDefault="001D6B7C" w:rsidP="001D6B7C">
            <w:r>
              <w:t>1</w:t>
            </w:r>
            <w:r>
              <w:rPr>
                <w:lang w:val="ru-RU"/>
              </w:rPr>
              <w:t>7</w:t>
            </w:r>
            <w:r w:rsidRPr="008F1720">
              <w:t>.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1D6B7C" w:rsidRDefault="001D6B7C" w:rsidP="004706F5">
            <w:pPr>
              <w:jc w:val="both"/>
              <w:rPr>
                <w:b/>
                <w:color w:val="FF0000"/>
              </w:rPr>
            </w:pPr>
            <w:r w:rsidRPr="006007A5">
              <w:rPr>
                <w:bCs/>
                <w:iCs/>
                <w:color w:val="000000"/>
                <w:lang w:val="ru-RU"/>
              </w:rPr>
              <w:t xml:space="preserve">К.М. Станюкович. </w:t>
            </w:r>
            <w:r w:rsidRPr="006007A5">
              <w:rPr>
                <w:color w:val="000000"/>
                <w:lang w:val="ru-RU"/>
              </w:rPr>
              <w:t xml:space="preserve">«Рождественская ночь». </w:t>
            </w:r>
            <w:proofErr w:type="spellStart"/>
            <w:r>
              <w:rPr>
                <w:color w:val="000000"/>
              </w:rPr>
              <w:t>Милосердие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вера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1.Аналитическая беседа по прочитанному произведению.</w:t>
            </w:r>
          </w:p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2.Опыт медленного чтения.</w:t>
            </w:r>
          </w:p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3.Обсуждение смысла названия произведения</w:t>
            </w:r>
          </w:p>
        </w:tc>
        <w:tc>
          <w:tcPr>
            <w:tcW w:w="1385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Формирование знаний учащихся по творчеству К.М.Станюковича, </w:t>
            </w:r>
          </w:p>
          <w:p w:rsidR="001D6B7C" w:rsidRPr="006007A5" w:rsidRDefault="001D6B7C" w:rsidP="00687DA2">
            <w:pPr>
              <w:ind w:left="2"/>
              <w:rPr>
                <w:lang w:val="ru-RU"/>
              </w:rPr>
            </w:pPr>
            <w:r w:rsidRPr="006007A5">
              <w:rPr>
                <w:lang w:val="ru-RU"/>
              </w:rPr>
              <w:t>Совершенствование навыков анализа художественного текста, формирование литературоведческих компетенций.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1D6B7C" w:rsidRDefault="001D6B7C" w:rsidP="004706F5">
            <w:proofErr w:type="spellStart"/>
            <w:r w:rsidRPr="003326C1">
              <w:t>Жанрообразующие</w:t>
            </w:r>
            <w:proofErr w:type="spellEnd"/>
            <w:r w:rsidRPr="003326C1">
              <w:t xml:space="preserve"> </w:t>
            </w:r>
            <w:proofErr w:type="spellStart"/>
            <w:r w:rsidRPr="003326C1">
              <w:t>признаки</w:t>
            </w:r>
            <w:proofErr w:type="spellEnd"/>
            <w:r w:rsidRPr="003326C1">
              <w:t xml:space="preserve"> </w:t>
            </w:r>
            <w:proofErr w:type="spellStart"/>
            <w:r w:rsidRPr="003326C1">
              <w:t>святочного</w:t>
            </w:r>
            <w:proofErr w:type="spellEnd"/>
            <w:r w:rsidRPr="003326C1">
              <w:t xml:space="preserve"> </w:t>
            </w:r>
            <w:proofErr w:type="spellStart"/>
            <w:r w:rsidRPr="003326C1">
              <w:t>рассказа</w:t>
            </w:r>
            <w:proofErr w:type="spellEnd"/>
          </w:p>
        </w:tc>
      </w:tr>
      <w:tr w:rsidR="001D6B7C" w:rsidRPr="00EA3242" w:rsidTr="006007A5">
        <w:trPr>
          <w:cantSplit/>
          <w:trHeight w:val="70"/>
        </w:trPr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:rsidR="001D6B7C" w:rsidRPr="006007A5" w:rsidRDefault="001D6B7C" w:rsidP="006007A5">
            <w:pPr>
              <w:jc w:val="center"/>
              <w:rPr>
                <w:lang w:val="ru-RU"/>
              </w:rPr>
            </w:pPr>
            <w:r w:rsidRPr="006007A5">
              <w:rPr>
                <w:b/>
                <w:lang w:val="ru-RU"/>
              </w:rPr>
              <w:t xml:space="preserve">Раздел 5. </w:t>
            </w:r>
            <w:r w:rsidRPr="006007A5">
              <w:rPr>
                <w:b/>
                <w:bCs/>
                <w:lang w:val="ru-RU"/>
              </w:rPr>
              <w:t xml:space="preserve">Русская литература </w:t>
            </w:r>
            <w:r>
              <w:rPr>
                <w:b/>
                <w:bCs/>
              </w:rPr>
              <w:t>XX</w:t>
            </w:r>
            <w:r w:rsidRPr="006007A5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8.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ind w:right="14"/>
              <w:jc w:val="both"/>
            </w:pPr>
            <w:r>
              <w:rPr>
                <w:bCs/>
              </w:rPr>
              <w:t xml:space="preserve">М.М. Зощенко. «История болезни». 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pStyle w:val="af"/>
              <w:spacing w:after="0" w:line="240" w:lineRule="auto"/>
              <w:ind w:left="172"/>
              <w:jc w:val="center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:rsidR="001D6B7C" w:rsidRPr="006007A5" w:rsidRDefault="001D6B7C" w:rsidP="006007A5">
            <w:pPr>
              <w:pStyle w:val="af"/>
              <w:numPr>
                <w:ilvl w:val="2"/>
                <w:numId w:val="31"/>
              </w:numPr>
              <w:tabs>
                <w:tab w:val="clear" w:pos="2160"/>
                <w:tab w:val="num" w:pos="346"/>
              </w:tabs>
              <w:spacing w:after="0" w:line="240" w:lineRule="auto"/>
              <w:ind w:left="172" w:hanging="17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Просмотр видео «Смешное  и грустное в рассказах Зощенко», </w:t>
            </w:r>
          </w:p>
          <w:p w:rsidR="001D6B7C" w:rsidRDefault="001D6B7C" w:rsidP="006007A5">
            <w:pPr>
              <w:pStyle w:val="af"/>
              <w:numPr>
                <w:ilvl w:val="2"/>
                <w:numId w:val="31"/>
              </w:numPr>
              <w:tabs>
                <w:tab w:val="clear" w:pos="2160"/>
                <w:tab w:val="num" w:pos="346"/>
              </w:tabs>
              <w:spacing w:after="0" w:line="240" w:lineRule="auto"/>
              <w:ind w:left="172" w:hanging="172"/>
              <w:jc w:val="both"/>
            </w:pPr>
            <w:proofErr w:type="spellStart"/>
            <w:r>
              <w:t>Рассказы</w:t>
            </w:r>
            <w:proofErr w:type="spellEnd"/>
            <w:r>
              <w:t xml:space="preserve"> в </w:t>
            </w:r>
            <w:proofErr w:type="spellStart"/>
            <w:r>
              <w:t>актерском</w:t>
            </w:r>
            <w:proofErr w:type="spellEnd"/>
            <w:r>
              <w:t xml:space="preserve"> </w:t>
            </w:r>
            <w:proofErr w:type="spellStart"/>
            <w:r>
              <w:t>исполнении</w:t>
            </w:r>
            <w:proofErr w:type="spellEnd"/>
            <w:r>
              <w:t>.</w:t>
            </w:r>
          </w:p>
          <w:p w:rsidR="001D6B7C" w:rsidRDefault="001D6B7C" w:rsidP="006007A5">
            <w:pPr>
              <w:pStyle w:val="af"/>
              <w:numPr>
                <w:ilvl w:val="2"/>
                <w:numId w:val="31"/>
              </w:numPr>
              <w:tabs>
                <w:tab w:val="clear" w:pos="2160"/>
                <w:tab w:val="num" w:pos="346"/>
              </w:tabs>
              <w:spacing w:after="0" w:line="240" w:lineRule="auto"/>
              <w:ind w:left="172" w:hanging="172"/>
              <w:jc w:val="both"/>
            </w:pPr>
            <w:proofErr w:type="spellStart"/>
            <w:r>
              <w:t>Групповая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с </w:t>
            </w:r>
            <w:proofErr w:type="spellStart"/>
            <w:r>
              <w:t>текстом</w:t>
            </w:r>
            <w:proofErr w:type="spellEnd"/>
          </w:p>
          <w:p w:rsidR="001D6B7C" w:rsidRPr="00561B74" w:rsidRDefault="001D6B7C" w:rsidP="006007A5">
            <w:pPr>
              <w:pStyle w:val="af"/>
              <w:numPr>
                <w:ilvl w:val="2"/>
                <w:numId w:val="31"/>
              </w:numPr>
              <w:tabs>
                <w:tab w:val="clear" w:pos="2160"/>
                <w:tab w:val="num" w:pos="346"/>
              </w:tabs>
              <w:spacing w:after="0" w:line="240" w:lineRule="auto"/>
              <w:ind w:left="172" w:hanging="172"/>
              <w:jc w:val="both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фишбоуна</w:t>
            </w:r>
            <w:proofErr w:type="spellEnd"/>
            <w:r>
              <w:t>.</w:t>
            </w:r>
          </w:p>
          <w:p w:rsidR="001D6B7C" w:rsidRPr="006007A5" w:rsidRDefault="001D6B7C" w:rsidP="006007A5">
            <w:pPr>
              <w:pStyle w:val="af"/>
              <w:numPr>
                <w:ilvl w:val="2"/>
                <w:numId w:val="31"/>
              </w:numPr>
              <w:tabs>
                <w:tab w:val="clear" w:pos="2160"/>
                <w:tab w:val="num" w:pos="346"/>
              </w:tabs>
              <w:spacing w:after="0" w:line="240" w:lineRule="auto"/>
              <w:ind w:left="172" w:hanging="172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Составление таблицы «Комические детали и способы создания комического»</w:t>
            </w:r>
          </w:p>
        </w:tc>
        <w:tc>
          <w:tcPr>
            <w:tcW w:w="1385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Посредством анализа художественного текста выявление тех средств, с помощью которых писатель М.М.Зощенко реализует категорию комического в рассказе; определить вид комического в данном произведении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1D6B7C" w:rsidRPr="008F1720" w:rsidRDefault="001D6B7C" w:rsidP="004706F5"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комического</w:t>
            </w:r>
            <w:proofErr w:type="spellEnd"/>
            <w:r>
              <w:t xml:space="preserve"> и </w:t>
            </w:r>
            <w:proofErr w:type="spellStart"/>
            <w:r>
              <w:t>сатирического</w:t>
            </w:r>
            <w:proofErr w:type="spellEnd"/>
          </w:p>
        </w:tc>
      </w:tr>
      <w:tr w:rsidR="001D6B7C" w:rsidRPr="00EA3242" w:rsidTr="00224DAE">
        <w:trPr>
          <w:cantSplit/>
          <w:trHeight w:val="2119"/>
        </w:trPr>
        <w:tc>
          <w:tcPr>
            <w:tcW w:w="283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9.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ind w:right="14"/>
              <w:jc w:val="both"/>
              <w:rPr>
                <w:b/>
              </w:rPr>
            </w:pPr>
            <w:r>
              <w:rPr>
                <w:bCs/>
              </w:rPr>
              <w:t>М.М. Пришвин «Лесная капель».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1.Аналитическая беседа по прочитанному произведению.</w:t>
            </w:r>
          </w:p>
          <w:p w:rsidR="001D6B7C" w:rsidRDefault="001D6B7C" w:rsidP="004706F5">
            <w:pPr>
              <w:pStyle w:val="af"/>
              <w:ind w:left="1"/>
            </w:pPr>
            <w:r>
              <w:t xml:space="preserve">2.Опыт </w:t>
            </w:r>
            <w:proofErr w:type="spellStart"/>
            <w:r>
              <w:t>медленного</w:t>
            </w:r>
            <w:proofErr w:type="spellEnd"/>
            <w:r>
              <w:t xml:space="preserve"> </w:t>
            </w:r>
            <w:proofErr w:type="spellStart"/>
            <w:r>
              <w:t>чтения</w:t>
            </w:r>
            <w:proofErr w:type="spellEnd"/>
            <w:r>
              <w:t>.</w:t>
            </w:r>
          </w:p>
          <w:p w:rsidR="001D6B7C" w:rsidRPr="004C706F" w:rsidRDefault="001D6B7C" w:rsidP="004706F5">
            <w:pPr>
              <w:pStyle w:val="af"/>
              <w:ind w:left="1"/>
            </w:pPr>
          </w:p>
        </w:tc>
        <w:tc>
          <w:tcPr>
            <w:tcW w:w="1385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 xml:space="preserve">Формирование знаний учащихся по творчеству М. Пришвина, </w:t>
            </w:r>
          </w:p>
          <w:p w:rsidR="001D6B7C" w:rsidRPr="006007A5" w:rsidRDefault="001D6B7C" w:rsidP="004706F5">
            <w:pPr>
              <w:ind w:left="2"/>
              <w:rPr>
                <w:lang w:val="ru-RU"/>
              </w:rPr>
            </w:pPr>
            <w:r w:rsidRPr="006007A5">
              <w:rPr>
                <w:lang w:val="ru-RU"/>
              </w:rPr>
              <w:t>Совершенствование навыков анализа художественного текста, формирование литературоведческих компетенций.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Тропы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Эпитеты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Метафоры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Сравнения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Олицетворения</w:t>
            </w:r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20.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ind w:right="14"/>
              <w:jc w:val="both"/>
              <w:rPr>
                <w:b/>
              </w:rPr>
            </w:pPr>
            <w:r>
              <w:t>А.С. Грин. «Окно в лесу».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1D6B7C" w:rsidRPr="006007A5" w:rsidRDefault="001D6B7C" w:rsidP="001D6B7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:rsidR="001D6B7C" w:rsidRPr="006007A5" w:rsidRDefault="001D6B7C" w:rsidP="00224DAE">
            <w:pPr>
              <w:spacing w:after="0" w:line="240" w:lineRule="atLeast"/>
              <w:rPr>
                <w:lang w:val="ru-RU"/>
              </w:rPr>
            </w:pPr>
            <w:r w:rsidRPr="006007A5">
              <w:rPr>
                <w:lang w:val="ru-RU"/>
              </w:rPr>
              <w:t>1.Прослушивание «Лунной сонаты» Л.Бетховена</w:t>
            </w:r>
          </w:p>
          <w:p w:rsidR="001D6B7C" w:rsidRPr="006007A5" w:rsidRDefault="001D6B7C" w:rsidP="00224DAE">
            <w:pPr>
              <w:spacing w:after="0" w:line="240" w:lineRule="atLeast"/>
              <w:rPr>
                <w:lang w:val="ru-RU"/>
              </w:rPr>
            </w:pPr>
            <w:r w:rsidRPr="006007A5">
              <w:rPr>
                <w:lang w:val="ru-RU"/>
              </w:rPr>
              <w:t>2.Словесное рисование.</w:t>
            </w:r>
          </w:p>
          <w:p w:rsidR="001D6B7C" w:rsidRPr="006007A5" w:rsidRDefault="001D6B7C" w:rsidP="00224DAE">
            <w:pPr>
              <w:spacing w:after="0" w:line="240" w:lineRule="atLeast"/>
              <w:rPr>
                <w:lang w:val="ru-RU"/>
              </w:rPr>
            </w:pPr>
            <w:r w:rsidRPr="006007A5">
              <w:rPr>
                <w:lang w:val="ru-RU"/>
              </w:rPr>
              <w:t>3.Работа со словарем Ожегова</w:t>
            </w:r>
          </w:p>
          <w:p w:rsidR="001D6B7C" w:rsidRPr="006007A5" w:rsidRDefault="001D6B7C" w:rsidP="00224DAE">
            <w:pPr>
              <w:spacing w:after="0" w:line="240" w:lineRule="atLeast"/>
              <w:rPr>
                <w:lang w:val="ru-RU"/>
              </w:rPr>
            </w:pPr>
            <w:r w:rsidRPr="006007A5">
              <w:rPr>
                <w:lang w:val="ru-RU"/>
              </w:rPr>
              <w:t>4.Комплексный анализ текста</w:t>
            </w:r>
          </w:p>
          <w:p w:rsidR="001D6B7C" w:rsidRPr="006007A5" w:rsidRDefault="001D6B7C" w:rsidP="00224DAE">
            <w:pPr>
              <w:spacing w:after="0" w:line="240" w:lineRule="atLeast"/>
              <w:rPr>
                <w:lang w:val="ru-RU"/>
              </w:rPr>
            </w:pPr>
            <w:r>
              <w:t xml:space="preserve">5.Обсуждение </w:t>
            </w:r>
            <w:proofErr w:type="spellStart"/>
            <w:r>
              <w:t>проблемного</w:t>
            </w:r>
            <w:proofErr w:type="spellEnd"/>
            <w:r>
              <w:t xml:space="preserve"> </w:t>
            </w:r>
            <w:proofErr w:type="spellStart"/>
            <w:r>
              <w:t>вопроса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385" w:type="pct"/>
            <w:tcBorders>
              <w:bottom w:val="single" w:sz="4" w:space="0" w:color="auto"/>
            </w:tcBorders>
          </w:tcPr>
          <w:p w:rsidR="001D6B7C" w:rsidRPr="006007A5" w:rsidRDefault="001D6B7C" w:rsidP="004706F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Александра Грина, для пробуждения дара воображения, для рождения вопросов о смысле жизни и роли мечты в становлении человека.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1D6B7C" w:rsidRDefault="001D6B7C" w:rsidP="004706F5">
            <w:proofErr w:type="spellStart"/>
            <w:r>
              <w:t>Романтизм</w:t>
            </w:r>
            <w:proofErr w:type="spellEnd"/>
          </w:p>
          <w:p w:rsidR="001D6B7C" w:rsidRPr="008F1720" w:rsidRDefault="001D6B7C" w:rsidP="004706F5">
            <w:proofErr w:type="spellStart"/>
            <w:r>
              <w:t>Романтическое</w:t>
            </w:r>
            <w:proofErr w:type="spellEnd"/>
            <w:r>
              <w:t xml:space="preserve"> </w:t>
            </w:r>
            <w:proofErr w:type="spellStart"/>
            <w:r>
              <w:t>начало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1D6B7C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1.</w:t>
            </w:r>
          </w:p>
        </w:tc>
        <w:tc>
          <w:tcPr>
            <w:tcW w:w="866" w:type="pct"/>
          </w:tcPr>
          <w:p w:rsidR="001D6B7C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</w:rPr>
            </w:pPr>
            <w:r>
              <w:rPr>
                <w:rStyle w:val="c1"/>
                <w:bCs/>
                <w:color w:val="000000"/>
              </w:rPr>
              <w:t xml:space="preserve">А.П. </w:t>
            </w:r>
            <w:proofErr w:type="spellStart"/>
            <w:r>
              <w:rPr>
                <w:rStyle w:val="c1"/>
                <w:bCs/>
                <w:color w:val="000000"/>
              </w:rPr>
              <w:t>Платонов</w:t>
            </w:r>
            <w:proofErr w:type="spellEnd"/>
            <w:r>
              <w:rPr>
                <w:rStyle w:val="c1"/>
                <w:bCs/>
                <w:color w:val="000000"/>
              </w:rPr>
              <w:t>. «</w:t>
            </w:r>
            <w:proofErr w:type="spellStart"/>
            <w:r>
              <w:rPr>
                <w:rStyle w:val="c1"/>
                <w:bCs/>
                <w:color w:val="000000"/>
              </w:rPr>
              <w:t>Корова</w:t>
            </w:r>
            <w:proofErr w:type="spellEnd"/>
            <w:r>
              <w:rPr>
                <w:rStyle w:val="c1"/>
                <w:bCs/>
                <w:color w:val="000000"/>
              </w:rPr>
              <w:t>».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3F6FB5" w:rsidRDefault="001D6B7C" w:rsidP="003F6FB5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956" w:type="pct"/>
          </w:tcPr>
          <w:p w:rsidR="001D6B7C" w:rsidRPr="004C706F" w:rsidRDefault="001D6B7C" w:rsidP="004706F5">
            <w:pPr>
              <w:pStyle w:val="af"/>
              <w:ind w:left="1"/>
            </w:pPr>
            <w:proofErr w:type="spellStart"/>
            <w:r>
              <w:t>Литературная</w:t>
            </w:r>
            <w:proofErr w:type="spellEnd"/>
            <w:r>
              <w:t xml:space="preserve"> </w:t>
            </w:r>
            <w:proofErr w:type="spellStart"/>
            <w:r>
              <w:t>мастерская</w:t>
            </w:r>
            <w:proofErr w:type="spellEnd"/>
          </w:p>
        </w:tc>
        <w:tc>
          <w:tcPr>
            <w:tcW w:w="1385" w:type="pct"/>
          </w:tcPr>
          <w:p w:rsidR="001D6B7C" w:rsidRPr="006007A5" w:rsidRDefault="001D6B7C" w:rsidP="006007A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 xml:space="preserve">Ознакомление с текстом рассказа «Корова», с его основными проблемами; обсуждение проблемы человека и окружающего </w:t>
            </w:r>
            <w:proofErr w:type="spellStart"/>
            <w:r w:rsidRPr="006007A5">
              <w:rPr>
                <w:lang w:val="ru-RU"/>
              </w:rPr>
              <w:t>мира</w:t>
            </w:r>
            <w:proofErr w:type="gramStart"/>
            <w:r w:rsidRPr="006007A5">
              <w:rPr>
                <w:lang w:val="ru-RU"/>
              </w:rPr>
              <w:t>;п</w:t>
            </w:r>
            <w:proofErr w:type="gramEnd"/>
            <w:r w:rsidRPr="006007A5">
              <w:rPr>
                <w:lang w:val="ru-RU"/>
              </w:rPr>
              <w:t>робуждение</w:t>
            </w:r>
            <w:proofErr w:type="spellEnd"/>
            <w:r w:rsidRPr="006007A5">
              <w:rPr>
                <w:lang w:val="ru-RU"/>
              </w:rPr>
              <w:t xml:space="preserve">  сострадания и любви  ко всему живому. </w:t>
            </w:r>
            <w:r w:rsidRPr="006007A5">
              <w:rPr>
                <w:lang w:val="ru-RU"/>
              </w:rPr>
              <w:tab/>
            </w:r>
          </w:p>
        </w:tc>
        <w:tc>
          <w:tcPr>
            <w:tcW w:w="729" w:type="pct"/>
          </w:tcPr>
          <w:p w:rsidR="001D6B7C" w:rsidRDefault="001D6B7C" w:rsidP="004706F5">
            <w:proofErr w:type="spellStart"/>
            <w:r>
              <w:t>Милосердие</w:t>
            </w:r>
            <w:proofErr w:type="spellEnd"/>
          </w:p>
          <w:p w:rsidR="001D6B7C" w:rsidRPr="008F1720" w:rsidRDefault="001D6B7C" w:rsidP="004706F5">
            <w:proofErr w:type="spellStart"/>
            <w:r>
              <w:t>Сострадание</w:t>
            </w:r>
            <w:proofErr w:type="spellEnd"/>
          </w:p>
        </w:tc>
      </w:tr>
      <w:tr w:rsidR="001D6B7C" w:rsidTr="006007A5">
        <w:trPr>
          <w:cantSplit/>
          <w:trHeight w:val="1254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2.</w:t>
            </w: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szCs w:val="28"/>
                <w:lang w:val="ru-RU"/>
              </w:rPr>
              <w:t>Валентина Осеева. «Васёк Трубачёв и его товарищи».</w:t>
            </w: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1.Создание кластера «Познай мир»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2. Комментированное чтение отрывков повести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  <w:lang w:val="ru-RU"/>
              </w:rPr>
            </w:pPr>
            <w:r>
              <w:rPr>
                <w:color w:val="181818"/>
              </w:rPr>
              <w:t> </w:t>
            </w:r>
            <w:r w:rsidRPr="006007A5">
              <w:rPr>
                <w:color w:val="181818"/>
                <w:lang w:val="ru-RU"/>
              </w:rPr>
              <w:t>Ознакомление с тексто</w:t>
            </w:r>
            <w:proofErr w:type="gramStart"/>
            <w:r w:rsidRPr="006007A5">
              <w:rPr>
                <w:color w:val="181818"/>
                <w:lang w:val="ru-RU"/>
              </w:rPr>
              <w:t>м(</w:t>
            </w:r>
            <w:proofErr w:type="gramEnd"/>
            <w:r w:rsidRPr="006007A5">
              <w:rPr>
                <w:color w:val="181818"/>
                <w:lang w:val="ru-RU"/>
              </w:rPr>
              <w:t>отрывки из повести</w:t>
            </w:r>
            <w:r>
              <w:rPr>
                <w:color w:val="181818"/>
              </w:rPr>
              <w:t> </w:t>
            </w:r>
            <w:r w:rsidRPr="006007A5">
              <w:rPr>
                <w:color w:val="181818"/>
                <w:lang w:val="ru-RU"/>
              </w:rPr>
              <w:t xml:space="preserve"> В. Осеевой «Васек Трубачев и его товарищи»),</w:t>
            </w:r>
          </w:p>
        </w:tc>
        <w:tc>
          <w:tcPr>
            <w:tcW w:w="729" w:type="pct"/>
          </w:tcPr>
          <w:p w:rsidR="001D6B7C" w:rsidRPr="008F1720" w:rsidRDefault="001D6B7C" w:rsidP="004706F5">
            <w:proofErr w:type="spellStart"/>
            <w:r>
              <w:t>Гуманизм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23.</w:t>
            </w: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szCs w:val="28"/>
                <w:lang w:val="ru-RU"/>
              </w:rPr>
              <w:t>Валентина Осеева. «Васёк Трубачёв и его товарищи».</w:t>
            </w: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007A5">
              <w:rPr>
                <w:lang w:val="ru-RU"/>
              </w:rPr>
              <w:t>. Мозговой штурм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  <w:lang w:val="ru-RU"/>
              </w:rPr>
            </w:pPr>
            <w:r>
              <w:rPr>
                <w:color w:val="181818"/>
              </w:rPr>
              <w:t> </w:t>
            </w:r>
            <w:r w:rsidRPr="006007A5">
              <w:rPr>
                <w:lang w:val="ru-RU"/>
              </w:rPr>
              <w:t>Просмо</w:t>
            </w:r>
            <w:r>
              <w:rPr>
                <w:lang w:val="ru-RU"/>
              </w:rPr>
              <w:t>т</w:t>
            </w:r>
            <w:r w:rsidRPr="006007A5">
              <w:rPr>
                <w:lang w:val="ru-RU"/>
              </w:rPr>
              <w:t>р художественного фильма</w:t>
            </w:r>
          </w:p>
          <w:p w:rsidR="001D6B7C" w:rsidRPr="006007A5" w:rsidRDefault="001D6B7C" w:rsidP="004706F5">
            <w:pPr>
              <w:shd w:val="clear" w:color="auto" w:fill="FFFFFF"/>
              <w:rPr>
                <w:lang w:val="ru-RU"/>
              </w:rPr>
            </w:pPr>
          </w:p>
        </w:tc>
        <w:tc>
          <w:tcPr>
            <w:tcW w:w="729" w:type="pct"/>
          </w:tcPr>
          <w:p w:rsidR="001D6B7C" w:rsidRPr="008F1720" w:rsidRDefault="001D6B7C" w:rsidP="004706F5">
            <w:proofErr w:type="spellStart"/>
            <w:r>
              <w:t>Гуманизм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4.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Л. Пантелеев. Г. Белых. «Республика ШКИД».</w:t>
            </w: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 Комментированное чтение отрывков повести</w:t>
            </w:r>
          </w:p>
          <w:p w:rsidR="001D6B7C" w:rsidRPr="004C706F" w:rsidRDefault="001D6B7C" w:rsidP="004706F5">
            <w:pPr>
              <w:pStyle w:val="af"/>
              <w:ind w:left="1"/>
            </w:pPr>
          </w:p>
        </w:tc>
        <w:tc>
          <w:tcPr>
            <w:tcW w:w="1385" w:type="pct"/>
          </w:tcPr>
          <w:p w:rsidR="001D6B7C" w:rsidRPr="006007A5" w:rsidRDefault="001D6B7C" w:rsidP="004706F5">
            <w:pPr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Ознакомление учащихся с именами Г. Белых и Л. Пантелеева, в процессе анализа избранных глав повести «Республика ШКИД», художественное своеобразие стиля произведения.</w:t>
            </w:r>
          </w:p>
        </w:tc>
        <w:tc>
          <w:tcPr>
            <w:tcW w:w="729" w:type="pct"/>
          </w:tcPr>
          <w:p w:rsidR="001D6B7C" w:rsidRPr="008F1720" w:rsidRDefault="001D6B7C" w:rsidP="004706F5">
            <w:pPr>
              <w:jc w:val="both"/>
            </w:pPr>
            <w:proofErr w:type="spellStart"/>
            <w:r>
              <w:t>Художественное</w:t>
            </w:r>
            <w:proofErr w:type="spellEnd"/>
            <w:r>
              <w:t xml:space="preserve"> </w:t>
            </w:r>
            <w:proofErr w:type="spellStart"/>
            <w:r>
              <w:t>своеобразие</w:t>
            </w:r>
            <w:proofErr w:type="spellEnd"/>
            <w:r>
              <w:t xml:space="preserve"> </w:t>
            </w:r>
            <w:proofErr w:type="spellStart"/>
            <w:r>
              <w:t>стиля</w:t>
            </w:r>
            <w:proofErr w:type="spellEnd"/>
            <w:r>
              <w:t xml:space="preserve"> </w:t>
            </w:r>
            <w:proofErr w:type="spellStart"/>
            <w:r>
              <w:t>писателя</w:t>
            </w:r>
            <w:proofErr w:type="spellEnd"/>
          </w:p>
        </w:tc>
      </w:tr>
      <w:tr w:rsidR="001D6B7C" w:rsidRPr="006007A5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25.</w:t>
            </w: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Л. Пантелеев. Г. Белых. «Республика ШКИД».</w:t>
            </w: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1D6B7C" w:rsidP="003F6FB5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956" w:type="pct"/>
          </w:tcPr>
          <w:p w:rsidR="001D6B7C" w:rsidRPr="006007A5" w:rsidRDefault="001D6B7C" w:rsidP="006007A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007A5">
              <w:rPr>
                <w:lang w:val="ru-RU"/>
              </w:rPr>
              <w:t>.Просмо</w:t>
            </w:r>
            <w:r>
              <w:rPr>
                <w:lang w:val="ru-RU"/>
              </w:rPr>
              <w:t>т</w:t>
            </w:r>
            <w:r w:rsidRPr="006007A5">
              <w:rPr>
                <w:lang w:val="ru-RU"/>
              </w:rPr>
              <w:t>р художественного фильма</w:t>
            </w:r>
          </w:p>
          <w:p w:rsidR="001D6B7C" w:rsidRPr="006007A5" w:rsidRDefault="001D6B7C" w:rsidP="006007A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007A5">
              <w:rPr>
                <w:lang w:val="ru-RU"/>
              </w:rPr>
              <w:t>. Мозговой штурм</w:t>
            </w:r>
          </w:p>
          <w:p w:rsidR="001D6B7C" w:rsidRPr="006007A5" w:rsidRDefault="001D6B7C" w:rsidP="006007A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007A5">
              <w:rPr>
                <w:lang w:val="ru-RU"/>
              </w:rPr>
              <w:t>. Создание кластера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Ознакомление учащихся с именами Г. Белых и Л. Пантелеева, в процессе анализа избранных глав повести «Республика ШКИД», художественное своеобразие стиля произведения.</w:t>
            </w:r>
          </w:p>
        </w:tc>
        <w:tc>
          <w:tcPr>
            <w:tcW w:w="729" w:type="pct"/>
          </w:tcPr>
          <w:p w:rsidR="001D6B7C" w:rsidRPr="006007A5" w:rsidRDefault="001D6B7C" w:rsidP="004706F5">
            <w:pPr>
              <w:jc w:val="both"/>
              <w:rPr>
                <w:lang w:val="ru-RU"/>
              </w:rPr>
            </w:pPr>
            <w:proofErr w:type="spellStart"/>
            <w:r>
              <w:t>Художественное</w:t>
            </w:r>
            <w:proofErr w:type="spellEnd"/>
            <w:r>
              <w:t xml:space="preserve"> </w:t>
            </w:r>
            <w:proofErr w:type="spellStart"/>
            <w:r>
              <w:t>своеобразие</w:t>
            </w:r>
            <w:proofErr w:type="spellEnd"/>
            <w:r>
              <w:t xml:space="preserve"> </w:t>
            </w:r>
            <w:proofErr w:type="spellStart"/>
            <w:r>
              <w:t>стиля</w:t>
            </w:r>
            <w:proofErr w:type="spellEnd"/>
            <w:r>
              <w:t xml:space="preserve"> </w:t>
            </w:r>
            <w:proofErr w:type="spellStart"/>
            <w:r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6.</w:t>
            </w: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  <w:lang w:val="ru-RU"/>
              </w:rPr>
            </w:pPr>
            <w:r w:rsidRPr="006007A5">
              <w:rPr>
                <w:rFonts w:eastAsia="TimesNewRomanPSMT"/>
                <w:color w:val="000000"/>
                <w:lang w:val="ru-RU"/>
              </w:rPr>
              <w:t xml:space="preserve">В.А. Сухомлинский «Легенда о материнской любви». 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1D6B7C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1.Аналитическая беседа по прочитанному произведению.</w:t>
            </w:r>
          </w:p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2.Опыт медленного чтения.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3.Обсуждение смысла названия произведения</w:t>
            </w:r>
          </w:p>
          <w:p w:rsidR="001D6B7C" w:rsidRPr="006007A5" w:rsidRDefault="001D6B7C" w:rsidP="004706F5">
            <w:pPr>
              <w:pStyle w:val="af"/>
              <w:ind w:left="1"/>
              <w:rPr>
                <w:rStyle w:val="c1"/>
                <w:color w:val="000000"/>
                <w:shd w:val="clear" w:color="auto" w:fill="FFFFFF"/>
                <w:lang w:val="ru-RU"/>
              </w:rPr>
            </w:pPr>
            <w:r w:rsidRPr="006007A5">
              <w:rPr>
                <w:rStyle w:val="c1"/>
                <w:color w:val="000000"/>
                <w:shd w:val="clear" w:color="auto" w:fill="FFFFFF"/>
                <w:lang w:val="ru-RU"/>
              </w:rPr>
              <w:t xml:space="preserve">4.Творческое задание: 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rStyle w:val="c1"/>
                <w:color w:val="000000"/>
                <w:shd w:val="clear" w:color="auto" w:fill="FFFFFF"/>
                <w:lang w:val="ru-RU"/>
              </w:rPr>
              <w:t>написание сочинения-рассуждения на морально-этическую тему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В.А.Сухомлинского, для пробуждения дара воображения, для рождения вопросов о смысле жизни и роли мечты в становлении человека.</w:t>
            </w:r>
          </w:p>
          <w:p w:rsidR="001D6B7C" w:rsidRPr="006007A5" w:rsidRDefault="001D6B7C" w:rsidP="004706F5">
            <w:pPr>
              <w:ind w:left="1"/>
              <w:rPr>
                <w:lang w:val="ru-RU"/>
              </w:rPr>
            </w:pPr>
          </w:p>
        </w:tc>
        <w:tc>
          <w:tcPr>
            <w:tcW w:w="729" w:type="pct"/>
          </w:tcPr>
          <w:p w:rsidR="001D6B7C" w:rsidRDefault="001D6B7C" w:rsidP="004706F5">
            <w:proofErr w:type="spellStart"/>
            <w:r>
              <w:t>Гуманизм</w:t>
            </w:r>
            <w:proofErr w:type="spellEnd"/>
          </w:p>
          <w:p w:rsidR="001D6B7C" w:rsidRDefault="001D6B7C" w:rsidP="004706F5">
            <w:proofErr w:type="spellStart"/>
            <w:r>
              <w:t>Милосердие</w:t>
            </w:r>
            <w:proofErr w:type="spellEnd"/>
          </w:p>
          <w:p w:rsidR="001D6B7C" w:rsidRPr="008F1720" w:rsidRDefault="001D6B7C" w:rsidP="004706F5">
            <w:proofErr w:type="spellStart"/>
            <w:r>
              <w:t>Состарадание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7.</w:t>
            </w:r>
          </w:p>
          <w:p w:rsidR="001D6B7C" w:rsidRPr="006007A5" w:rsidRDefault="001D6B7C" w:rsidP="006007A5">
            <w:pPr>
              <w:rPr>
                <w:lang w:val="ru-RU"/>
              </w:rPr>
            </w:pPr>
          </w:p>
        </w:tc>
        <w:tc>
          <w:tcPr>
            <w:tcW w:w="866" w:type="pct"/>
          </w:tcPr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apple-converted-space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Ю.И. Коваль. Рассказ на выбор.</w:t>
            </w:r>
            <w:r>
              <w:rPr>
                <w:rStyle w:val="apple-converted-space"/>
                <w:bCs/>
                <w:color w:val="000000"/>
              </w:rPr>
              <w:t> </w:t>
            </w:r>
          </w:p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b/>
                <w:lang w:val="ru-RU"/>
              </w:rPr>
            </w:pP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750171" w:rsidP="001D6B7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1D6B7C">
              <w:rPr>
                <w:lang w:val="ru-RU"/>
              </w:rPr>
              <w:t>.03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1.Презентация подготовленного рассказа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2.Создание проблемной ситуации</w:t>
            </w:r>
          </w:p>
        </w:tc>
        <w:tc>
          <w:tcPr>
            <w:tcW w:w="1385" w:type="pct"/>
          </w:tcPr>
          <w:p w:rsidR="001D6B7C" w:rsidRPr="006007A5" w:rsidRDefault="001D6B7C" w:rsidP="006007A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Ю.И.Коваль, для пробуждения дара воображения, для рождения вопросов о смысле жизни и роли мечты в становлении человека.</w:t>
            </w:r>
          </w:p>
        </w:tc>
        <w:tc>
          <w:tcPr>
            <w:tcW w:w="729" w:type="pct"/>
          </w:tcPr>
          <w:p w:rsidR="001D6B7C" w:rsidRPr="008F1720" w:rsidRDefault="001D6B7C" w:rsidP="004706F5">
            <w:proofErr w:type="spellStart"/>
            <w:r w:rsidRPr="0073303D">
              <w:t>Художественное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своеобразие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стиля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писателя</w:t>
            </w:r>
            <w:proofErr w:type="spellEnd"/>
          </w:p>
        </w:tc>
      </w:tr>
      <w:tr w:rsidR="001D6B7C" w:rsidRPr="002C2F2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28.</w:t>
            </w:r>
          </w:p>
        </w:tc>
        <w:tc>
          <w:tcPr>
            <w:tcW w:w="866" w:type="pct"/>
          </w:tcPr>
          <w:p w:rsidR="001D6B7C" w:rsidRPr="006007A5" w:rsidRDefault="001D6B7C" w:rsidP="002C2F2C">
            <w:pPr>
              <w:tabs>
                <w:tab w:val="left" w:pos="4500"/>
                <w:tab w:val="left" w:pos="7230"/>
              </w:tabs>
              <w:jc w:val="both"/>
              <w:rPr>
                <w:rStyle w:val="apple-converted-space"/>
                <w:bCs/>
                <w:color w:val="000000"/>
                <w:lang w:val="ru-RU"/>
              </w:rPr>
            </w:pPr>
            <w:r w:rsidRPr="006007A5">
              <w:rPr>
                <w:rStyle w:val="c1"/>
                <w:bCs/>
                <w:color w:val="000000"/>
                <w:lang w:val="ru-RU"/>
              </w:rPr>
              <w:t>Ю.И. Коваль. Рассказ на выбор.</w:t>
            </w:r>
            <w:r>
              <w:rPr>
                <w:rStyle w:val="apple-converted-space"/>
                <w:bCs/>
                <w:color w:val="000000"/>
              </w:rPr>
              <w:t> </w:t>
            </w:r>
          </w:p>
          <w:p w:rsidR="001D6B7C" w:rsidRPr="006007A5" w:rsidRDefault="001D6B7C" w:rsidP="004706F5">
            <w:pPr>
              <w:tabs>
                <w:tab w:val="left" w:pos="4500"/>
                <w:tab w:val="left" w:pos="7230"/>
              </w:tabs>
              <w:jc w:val="both"/>
              <w:rPr>
                <w:rStyle w:val="c1"/>
                <w:bCs/>
                <w:color w:val="000000"/>
                <w:lang w:val="ru-RU"/>
              </w:rPr>
            </w:pPr>
          </w:p>
        </w:tc>
        <w:tc>
          <w:tcPr>
            <w:tcW w:w="27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6007A5" w:rsidRDefault="00750171" w:rsidP="007501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1D6B7C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1.Презентация подготовленного рассказа</w:t>
            </w:r>
          </w:p>
          <w:p w:rsidR="001D6B7C" w:rsidRPr="006007A5" w:rsidRDefault="001D6B7C" w:rsidP="004706F5">
            <w:pPr>
              <w:rPr>
                <w:lang w:val="ru-RU"/>
              </w:rPr>
            </w:pPr>
            <w:r w:rsidRPr="006007A5">
              <w:rPr>
                <w:lang w:val="ru-RU"/>
              </w:rPr>
              <w:t>2.Создание проблемной ситуации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Ю.И.Коваль, для пробуждения дара воображения, для рождения вопросов о смысле жизни и роли мечты в становлении человека.</w:t>
            </w:r>
          </w:p>
        </w:tc>
        <w:tc>
          <w:tcPr>
            <w:tcW w:w="729" w:type="pct"/>
          </w:tcPr>
          <w:p w:rsidR="001D6B7C" w:rsidRPr="008F1720" w:rsidRDefault="001D6B7C" w:rsidP="004706F5">
            <w:proofErr w:type="spellStart"/>
            <w:r w:rsidRPr="0073303D">
              <w:t>Художественное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своеобразие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стиля</w:t>
            </w:r>
            <w:proofErr w:type="spellEnd"/>
            <w:r w:rsidRPr="0073303D">
              <w:t xml:space="preserve"> </w:t>
            </w:r>
            <w:proofErr w:type="spellStart"/>
            <w:r w:rsidRPr="0073303D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9.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t>Ч.Т. Айтматов. «Белый пароход». Миф и реальность.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750171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1D6B7C">
              <w:rPr>
                <w:lang w:val="ru-RU"/>
              </w:rPr>
              <w:t>.04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1.Обсуждение проблемного вопроса</w:t>
            </w:r>
          </w:p>
          <w:p w:rsidR="001D6B7C" w:rsidRPr="006007A5" w:rsidRDefault="001D6B7C" w:rsidP="004706F5">
            <w:pPr>
              <w:pStyle w:val="af"/>
              <w:ind w:left="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2.Аналитическая беседа по прочитанному произведению.</w:t>
            </w:r>
          </w:p>
          <w:p w:rsidR="001D6B7C" w:rsidRPr="006007A5" w:rsidRDefault="001D6B7C" w:rsidP="006007A5">
            <w:pPr>
              <w:pStyle w:val="af"/>
              <w:ind w:left="1"/>
              <w:jc w:val="both"/>
              <w:rPr>
                <w:lang w:val="ru-RU"/>
              </w:rPr>
            </w:pPr>
            <w:r>
              <w:t xml:space="preserve">3.Опыт </w:t>
            </w:r>
            <w:proofErr w:type="spellStart"/>
            <w:r>
              <w:t>медленного</w:t>
            </w:r>
            <w:proofErr w:type="spellEnd"/>
            <w:r>
              <w:t xml:space="preserve"> </w:t>
            </w:r>
            <w:proofErr w:type="spellStart"/>
            <w:r>
              <w:t>чтения</w:t>
            </w:r>
            <w:proofErr w:type="spellEnd"/>
            <w:r>
              <w:t>.</w:t>
            </w:r>
          </w:p>
        </w:tc>
        <w:tc>
          <w:tcPr>
            <w:tcW w:w="1385" w:type="pct"/>
          </w:tcPr>
          <w:p w:rsidR="001D6B7C" w:rsidRPr="006007A5" w:rsidRDefault="001D6B7C" w:rsidP="006007A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Ч.Т.Айтматов, для пробуждения дара воображения, для рождения вопросов о смысле жизни и роли мечты в становлении человека.</w:t>
            </w:r>
          </w:p>
        </w:tc>
        <w:tc>
          <w:tcPr>
            <w:tcW w:w="729" w:type="pct"/>
          </w:tcPr>
          <w:p w:rsidR="001D6B7C" w:rsidRDefault="001D6B7C" w:rsidP="004706F5">
            <w:proofErr w:type="spellStart"/>
            <w:r w:rsidRPr="008F7524">
              <w:t>Художественное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своеобразие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стиля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30.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t>Ч.Т. Айтматов. «Белый пароход». Особенности мировосприятия мальчика.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750171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1D6B7C">
              <w:rPr>
                <w:lang w:val="ru-RU"/>
              </w:rPr>
              <w:t>.04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 xml:space="preserve">Защита </w:t>
            </w:r>
            <w:proofErr w:type="spellStart"/>
            <w:r w:rsidRPr="006007A5">
              <w:rPr>
                <w:lang w:val="ru-RU"/>
              </w:rPr>
              <w:t>защита</w:t>
            </w:r>
            <w:proofErr w:type="spellEnd"/>
            <w:r w:rsidRPr="006007A5">
              <w:rPr>
                <w:lang w:val="ru-RU"/>
              </w:rPr>
              <w:t xml:space="preserve"> творческих проектов «Человек должен быть, прежде всего, человеком» 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 xml:space="preserve">Осмысление нравственной позиции Ч.Айтматова. </w:t>
            </w:r>
            <w:r w:rsidRPr="006007A5">
              <w:rPr>
                <w:lang w:val="ru-RU"/>
              </w:rPr>
              <w:br/>
            </w:r>
          </w:p>
        </w:tc>
        <w:tc>
          <w:tcPr>
            <w:tcW w:w="729" w:type="pct"/>
          </w:tcPr>
          <w:p w:rsidR="001D6B7C" w:rsidRDefault="001D6B7C" w:rsidP="004706F5">
            <w:proofErr w:type="spellStart"/>
            <w:r w:rsidRPr="008F7524">
              <w:t>Художественное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своеобразие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стиля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4706F5">
            <w:pPr>
              <w:rPr>
                <w:lang w:val="ru-RU"/>
              </w:rPr>
            </w:pPr>
            <w:r>
              <w:rPr>
                <w:lang w:val="ru-RU"/>
              </w:rPr>
              <w:t>31.</w:t>
            </w:r>
          </w:p>
          <w:p w:rsidR="001D6B7C" w:rsidRDefault="001D6B7C" w:rsidP="004706F5"/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t xml:space="preserve">Б.Л. Васильев. «Экспонат №…». Проблема </w:t>
            </w:r>
            <w:proofErr w:type="gramStart"/>
            <w:r>
              <w:t>истинного</w:t>
            </w:r>
            <w:proofErr w:type="gramEnd"/>
            <w:r>
              <w:t xml:space="preserve"> и ложного. 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1D6B7C" w:rsidP="007501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50171">
              <w:rPr>
                <w:lang w:val="ru-RU"/>
              </w:rPr>
              <w:t>8</w:t>
            </w:r>
            <w:r>
              <w:rPr>
                <w:lang w:val="ru-RU"/>
              </w:rPr>
              <w:t>.04</w:t>
            </w:r>
          </w:p>
        </w:tc>
        <w:tc>
          <w:tcPr>
            <w:tcW w:w="956" w:type="pct"/>
          </w:tcPr>
          <w:p w:rsidR="001D6B7C" w:rsidRDefault="001D6B7C" w:rsidP="006007A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1.Выставка книг Б.Л.Васильева, фотографии, иллюстрации</w:t>
            </w:r>
          </w:p>
          <w:p w:rsidR="001D6B7C" w:rsidRPr="006007A5" w:rsidRDefault="001D6B7C" w:rsidP="006007A5">
            <w:pPr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2.Словесный портрет героини. «Погружение» в текст художественного произведения</w:t>
            </w:r>
          </w:p>
          <w:p w:rsidR="001D6B7C" w:rsidRPr="006007A5" w:rsidRDefault="001D6B7C" w:rsidP="004706F5">
            <w:pPr>
              <w:pStyle w:val="af"/>
              <w:ind w:left="0" w:firstLine="31"/>
              <w:jc w:val="both"/>
              <w:rPr>
                <w:lang w:val="ru-RU"/>
              </w:rPr>
            </w:pPr>
            <w:r w:rsidRPr="006007A5">
              <w:rPr>
                <w:lang w:val="ru-RU"/>
              </w:rPr>
              <w:t>3.Мини-проект «Реликвии моей семьи»</w:t>
            </w:r>
          </w:p>
        </w:tc>
        <w:tc>
          <w:tcPr>
            <w:tcW w:w="1385" w:type="pct"/>
          </w:tcPr>
          <w:p w:rsidR="001D6B7C" w:rsidRPr="006007A5" w:rsidRDefault="001D6B7C" w:rsidP="004706F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Б.Л.Васильева, для пробуждения дара воображения, для рождения вопросов о смысле жизни и роли мечты в становлении человека.</w:t>
            </w:r>
          </w:p>
          <w:p w:rsidR="001D6B7C" w:rsidRPr="006007A5" w:rsidRDefault="001D6B7C" w:rsidP="004706F5">
            <w:pPr>
              <w:ind w:left="1"/>
              <w:rPr>
                <w:lang w:val="ru-RU"/>
              </w:rPr>
            </w:pPr>
          </w:p>
        </w:tc>
        <w:tc>
          <w:tcPr>
            <w:tcW w:w="729" w:type="pct"/>
          </w:tcPr>
          <w:p w:rsidR="001D6B7C" w:rsidRDefault="001D6B7C" w:rsidP="004706F5">
            <w:proofErr w:type="spellStart"/>
            <w:r w:rsidRPr="008F7524">
              <w:t>Художественное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своеобразие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стиля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2.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jc w:val="both"/>
              <w:rPr>
                <w:b/>
              </w:rPr>
            </w:pPr>
            <w:r>
              <w:rPr>
                <w:bCs/>
              </w:rPr>
              <w:t xml:space="preserve">В.П. Астафьев. «Мальчик в белой рубашке». </w:t>
            </w:r>
          </w:p>
        </w:tc>
        <w:tc>
          <w:tcPr>
            <w:tcW w:w="276" w:type="pct"/>
          </w:tcPr>
          <w:p w:rsidR="001D6B7C" w:rsidRPr="004C706F" w:rsidRDefault="001D6B7C" w:rsidP="004706F5">
            <w:pPr>
              <w:pStyle w:val="af"/>
              <w:ind w:left="1"/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750171" w:rsidP="001D6B7C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1.Эвристическая беседа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2.Работа по группам.</w:t>
            </w:r>
          </w:p>
          <w:p w:rsidR="001D6B7C" w:rsidRDefault="001D6B7C" w:rsidP="004706F5">
            <w:pPr>
              <w:pStyle w:val="a9"/>
              <w:rPr>
                <w:rFonts w:eastAsia="Calibri"/>
                <w:b/>
                <w:i/>
                <w:shd w:val="clear" w:color="auto" w:fill="FFFFFF"/>
                <w:lang w:val="ru-RU" w:eastAsia="ru-RU"/>
              </w:rPr>
            </w:pPr>
            <w:r w:rsidRPr="006007A5">
              <w:rPr>
                <w:lang w:val="ru-RU"/>
              </w:rPr>
              <w:t>3.</w:t>
            </w:r>
            <w:r w:rsidRPr="00C410DD">
              <w:rPr>
                <w:rFonts w:eastAsia="Calibri"/>
                <w:shd w:val="clear" w:color="auto" w:fill="FFFFFF"/>
                <w:lang w:val="ru-RU" w:eastAsia="ru-RU"/>
              </w:rPr>
              <w:t>Прием «Свободный микрофон»</w:t>
            </w:r>
            <w:r>
              <w:rPr>
                <w:rFonts w:eastAsia="Calibri"/>
                <w:shd w:val="clear" w:color="auto" w:fill="FFFFFF"/>
                <w:lang w:val="ru-RU" w:eastAsia="ru-RU"/>
              </w:rPr>
              <w:t xml:space="preserve"> (вопросы залу-классу)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</w:p>
        </w:tc>
        <w:tc>
          <w:tcPr>
            <w:tcW w:w="1385" w:type="pct"/>
          </w:tcPr>
          <w:p w:rsidR="001D6B7C" w:rsidRPr="006007A5" w:rsidRDefault="001D6B7C" w:rsidP="006007A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>Создание условия для формирования интереса к чтению произведений В.П.Астафьева, для пробуждения дара воображения, для рождения вопросов о смысле жизни и роли мечты в становлении человека.</w:t>
            </w:r>
          </w:p>
        </w:tc>
        <w:tc>
          <w:tcPr>
            <w:tcW w:w="729" w:type="pct"/>
          </w:tcPr>
          <w:p w:rsidR="001D6B7C" w:rsidRDefault="001D6B7C" w:rsidP="004706F5">
            <w:proofErr w:type="spellStart"/>
            <w:r w:rsidRPr="008F7524">
              <w:t>Художественное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своеобразие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стиля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3.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rPr>
                <w:b/>
              </w:rPr>
            </w:pPr>
            <w:r>
              <w:rPr>
                <w:rFonts w:eastAsia="TimesNewRomanPSMT"/>
                <w:color w:val="000000"/>
              </w:rPr>
              <w:t xml:space="preserve">Н.Д. </w:t>
            </w:r>
            <w:proofErr w:type="spellStart"/>
            <w:r>
              <w:rPr>
                <w:rFonts w:eastAsia="TimesNewRomanPSMT"/>
                <w:color w:val="000000"/>
              </w:rPr>
              <w:t>Телешов</w:t>
            </w:r>
            <w:proofErr w:type="spellEnd"/>
            <w:r>
              <w:rPr>
                <w:rFonts w:eastAsia="TimesNewRomanPSMT"/>
                <w:color w:val="000000"/>
              </w:rPr>
              <w:t xml:space="preserve">. «Белая цапля». Назначение человека и его ответственность перед будущим. </w:t>
            </w:r>
          </w:p>
        </w:tc>
        <w:tc>
          <w:tcPr>
            <w:tcW w:w="276" w:type="pct"/>
          </w:tcPr>
          <w:p w:rsidR="001D6B7C" w:rsidRPr="001D6B7C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t>1</w:t>
            </w:r>
          </w:p>
        </w:tc>
        <w:tc>
          <w:tcPr>
            <w:tcW w:w="505" w:type="pct"/>
          </w:tcPr>
          <w:p w:rsidR="001D6B7C" w:rsidRPr="006007A5" w:rsidRDefault="001D6B7C" w:rsidP="00750171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0171">
              <w:rPr>
                <w:lang w:val="ru-RU"/>
              </w:rPr>
              <w:t>2</w:t>
            </w:r>
            <w:r>
              <w:rPr>
                <w:lang w:val="ru-RU"/>
              </w:rPr>
              <w:t>.05</w:t>
            </w:r>
          </w:p>
        </w:tc>
        <w:tc>
          <w:tcPr>
            <w:tcW w:w="956" w:type="pct"/>
          </w:tcPr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1.Эвристическая беседа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  <w:r w:rsidRPr="006007A5">
              <w:rPr>
                <w:lang w:val="ru-RU"/>
              </w:rPr>
              <w:t>2.Работа по группам.</w:t>
            </w:r>
          </w:p>
          <w:p w:rsidR="001D6B7C" w:rsidRDefault="001D6B7C" w:rsidP="004706F5">
            <w:pPr>
              <w:pStyle w:val="a9"/>
              <w:rPr>
                <w:rFonts w:eastAsia="Calibri"/>
                <w:b/>
                <w:i/>
                <w:shd w:val="clear" w:color="auto" w:fill="FFFFFF"/>
                <w:lang w:val="ru-RU" w:eastAsia="ru-RU"/>
              </w:rPr>
            </w:pPr>
            <w:r w:rsidRPr="006007A5">
              <w:rPr>
                <w:lang w:val="ru-RU"/>
              </w:rPr>
              <w:t>3.</w:t>
            </w:r>
            <w:r w:rsidRPr="00C410DD">
              <w:rPr>
                <w:rFonts w:eastAsia="Calibri"/>
                <w:shd w:val="clear" w:color="auto" w:fill="FFFFFF"/>
                <w:lang w:val="ru-RU" w:eastAsia="ru-RU"/>
              </w:rPr>
              <w:t>Прием «Свободный микрофон»</w:t>
            </w:r>
            <w:r>
              <w:rPr>
                <w:rFonts w:eastAsia="Calibri"/>
                <w:shd w:val="clear" w:color="auto" w:fill="FFFFFF"/>
                <w:lang w:val="ru-RU" w:eastAsia="ru-RU"/>
              </w:rPr>
              <w:t xml:space="preserve"> (вопросы залу-классу)</w:t>
            </w:r>
          </w:p>
          <w:p w:rsidR="001D6B7C" w:rsidRPr="006007A5" w:rsidRDefault="001D6B7C" w:rsidP="004706F5">
            <w:pPr>
              <w:pStyle w:val="af"/>
              <w:ind w:left="1"/>
              <w:rPr>
                <w:lang w:val="ru-RU"/>
              </w:rPr>
            </w:pPr>
          </w:p>
        </w:tc>
        <w:tc>
          <w:tcPr>
            <w:tcW w:w="1385" w:type="pct"/>
          </w:tcPr>
          <w:p w:rsidR="001D6B7C" w:rsidRPr="006007A5" w:rsidRDefault="001D6B7C" w:rsidP="006007A5">
            <w:pPr>
              <w:pStyle w:val="af"/>
              <w:ind w:left="0" w:right="-1"/>
              <w:rPr>
                <w:lang w:val="ru-RU"/>
              </w:rPr>
            </w:pPr>
            <w:r w:rsidRPr="006007A5">
              <w:rPr>
                <w:lang w:val="ru-RU"/>
              </w:rPr>
              <w:t xml:space="preserve">Создание условия для формирования интереса к чтению произведений </w:t>
            </w:r>
            <w:proofErr w:type="spellStart"/>
            <w:r w:rsidRPr="006007A5">
              <w:rPr>
                <w:lang w:val="ru-RU"/>
              </w:rPr>
              <w:t>Н.Д.Телешова</w:t>
            </w:r>
            <w:proofErr w:type="spellEnd"/>
            <w:r w:rsidRPr="006007A5">
              <w:rPr>
                <w:lang w:val="ru-RU"/>
              </w:rPr>
              <w:t>, для пробуждения дара воображения, для рождения вопросов о смысле жизни и роли мечты в становлении человека.</w:t>
            </w:r>
          </w:p>
        </w:tc>
        <w:tc>
          <w:tcPr>
            <w:tcW w:w="729" w:type="pct"/>
          </w:tcPr>
          <w:p w:rsidR="001D6B7C" w:rsidRDefault="001D6B7C" w:rsidP="004706F5">
            <w:proofErr w:type="spellStart"/>
            <w:r w:rsidRPr="008F7524">
              <w:t>Художественное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своеобразие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стиля</w:t>
            </w:r>
            <w:proofErr w:type="spellEnd"/>
            <w:r w:rsidRPr="008F7524">
              <w:t xml:space="preserve"> </w:t>
            </w:r>
            <w:proofErr w:type="spellStart"/>
            <w:r w:rsidRPr="008F7524">
              <w:t>писателя</w:t>
            </w:r>
            <w:proofErr w:type="spellEnd"/>
          </w:p>
        </w:tc>
      </w:tr>
      <w:tr w:rsidR="001D6B7C" w:rsidTr="006007A5">
        <w:trPr>
          <w:cantSplit/>
          <w:trHeight w:val="70"/>
        </w:trPr>
        <w:tc>
          <w:tcPr>
            <w:tcW w:w="283" w:type="pct"/>
          </w:tcPr>
          <w:p w:rsidR="001D6B7C" w:rsidRPr="006007A5" w:rsidRDefault="001D6B7C" w:rsidP="006007A5">
            <w:pPr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4.</w:t>
            </w:r>
          </w:p>
        </w:tc>
        <w:tc>
          <w:tcPr>
            <w:tcW w:w="866" w:type="pct"/>
          </w:tcPr>
          <w:p w:rsidR="001D6B7C" w:rsidRDefault="001D6B7C" w:rsidP="004706F5">
            <w:pPr>
              <w:pStyle w:val="c18"/>
              <w:spacing w:before="0" w:beforeAutospacing="0" w:after="0" w:afterAutospacing="0" w:line="270" w:lineRule="atLeast"/>
              <w:rPr>
                <w:rFonts w:eastAsia="TimesNewRomanPSMT"/>
                <w:color w:val="000000"/>
              </w:rPr>
            </w:pPr>
            <w:r>
              <w:rPr>
                <w:rFonts w:eastAsia="TimesNewRomanPSMT"/>
                <w:color w:val="000000"/>
              </w:rPr>
              <w:t>Заключительное занятие</w:t>
            </w:r>
          </w:p>
        </w:tc>
        <w:tc>
          <w:tcPr>
            <w:tcW w:w="276" w:type="pct"/>
          </w:tcPr>
          <w:p w:rsidR="001D6B7C" w:rsidRPr="001D6B7C" w:rsidRDefault="001D6B7C" w:rsidP="004706F5">
            <w:pPr>
              <w:pStyle w:val="af"/>
              <w:ind w:left="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5" w:type="pct"/>
          </w:tcPr>
          <w:p w:rsidR="001D6B7C" w:rsidRPr="003F6FB5" w:rsidRDefault="00750171" w:rsidP="003F6FB5">
            <w:pPr>
              <w:pStyle w:val="af"/>
              <w:ind w:left="1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1D6B7C">
              <w:rPr>
                <w:lang w:val="ru-RU"/>
              </w:rPr>
              <w:t>.05</w:t>
            </w:r>
          </w:p>
        </w:tc>
        <w:tc>
          <w:tcPr>
            <w:tcW w:w="956" w:type="pct"/>
          </w:tcPr>
          <w:p w:rsidR="001D6B7C" w:rsidRPr="004C706F" w:rsidRDefault="001D6B7C" w:rsidP="004706F5">
            <w:pPr>
              <w:pStyle w:val="af"/>
              <w:ind w:left="1"/>
            </w:pPr>
          </w:p>
        </w:tc>
        <w:tc>
          <w:tcPr>
            <w:tcW w:w="1385" w:type="pct"/>
          </w:tcPr>
          <w:p w:rsidR="001D6B7C" w:rsidRPr="00FE7F49" w:rsidRDefault="001D6B7C" w:rsidP="004706F5">
            <w:pPr>
              <w:ind w:left="1"/>
            </w:pPr>
            <w:proofErr w:type="spellStart"/>
            <w:r>
              <w:t>Рефлексия</w:t>
            </w:r>
            <w:proofErr w:type="spellEnd"/>
            <w:r>
              <w:t>.</w:t>
            </w:r>
          </w:p>
        </w:tc>
        <w:tc>
          <w:tcPr>
            <w:tcW w:w="729" w:type="pct"/>
          </w:tcPr>
          <w:p w:rsidR="001D6B7C" w:rsidRPr="008F1720" w:rsidRDefault="001D6B7C" w:rsidP="004706F5"/>
        </w:tc>
      </w:tr>
    </w:tbl>
    <w:p w:rsidR="006007A5" w:rsidRPr="00EA3242" w:rsidRDefault="006007A5" w:rsidP="00EA3242">
      <w:pPr>
        <w:ind w:right="-284"/>
        <w:rPr>
          <w:b/>
          <w:lang w:val="ru-RU"/>
        </w:rPr>
        <w:sectPr w:rsidR="006007A5" w:rsidRPr="00EA3242" w:rsidSect="00EA3242">
          <w:pgSz w:w="16838" w:h="11906" w:orient="landscape"/>
          <w:pgMar w:top="851" w:right="1134" w:bottom="1701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6007A5" w:rsidRPr="006007A5" w:rsidRDefault="006007A5" w:rsidP="00EA3242">
      <w:pPr>
        <w:rPr>
          <w:b/>
          <w:sz w:val="28"/>
          <w:szCs w:val="28"/>
          <w:lang w:val="ru-RU"/>
        </w:rPr>
      </w:pPr>
      <w:r w:rsidRPr="006007A5">
        <w:rPr>
          <w:b/>
          <w:sz w:val="28"/>
          <w:szCs w:val="28"/>
          <w:lang w:val="ru-RU"/>
        </w:rPr>
        <w:t>Критерии оценивани</w:t>
      </w:r>
      <w:r>
        <w:rPr>
          <w:b/>
          <w:sz w:val="28"/>
          <w:szCs w:val="28"/>
          <w:lang w:val="ru-RU"/>
        </w:rPr>
        <w:t>я</w:t>
      </w:r>
      <w:r w:rsidRPr="006007A5">
        <w:rPr>
          <w:b/>
          <w:sz w:val="28"/>
          <w:szCs w:val="28"/>
          <w:lang w:val="ru-RU"/>
        </w:rPr>
        <w:t xml:space="preserve"> деятельности</w:t>
      </w:r>
      <w:r w:rsidR="00FB4C9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учащихся</w:t>
      </w:r>
    </w:p>
    <w:p w:rsidR="006007A5" w:rsidRPr="006007A5" w:rsidRDefault="006007A5" w:rsidP="006007A5">
      <w:pPr>
        <w:shd w:val="clear" w:color="auto" w:fill="FFFFFF"/>
        <w:jc w:val="center"/>
        <w:rPr>
          <w:color w:val="6B6868"/>
          <w:lang w:val="ru-RU"/>
        </w:rPr>
      </w:pPr>
      <w:r w:rsidRPr="006007A5">
        <w:rPr>
          <w:b/>
          <w:bCs/>
          <w:lang w:val="ru-RU"/>
        </w:rPr>
        <w:t>Отслеживание результатов</w:t>
      </w:r>
    </w:p>
    <w:p w:rsidR="006007A5" w:rsidRPr="006007A5" w:rsidRDefault="006007A5" w:rsidP="006007A5">
      <w:pPr>
        <w:shd w:val="clear" w:color="auto" w:fill="FFFFFF"/>
        <w:rPr>
          <w:sz w:val="28"/>
          <w:szCs w:val="28"/>
          <w:lang w:val="ru-RU"/>
        </w:rPr>
      </w:pPr>
      <w:r w:rsidRPr="006007A5">
        <w:rPr>
          <w:lang w:val="ru-RU"/>
        </w:rPr>
        <w:t xml:space="preserve">• </w:t>
      </w:r>
      <w:r w:rsidRPr="006007A5">
        <w:rPr>
          <w:sz w:val="28"/>
          <w:szCs w:val="28"/>
          <w:lang w:val="ru-RU"/>
        </w:rPr>
        <w:t>Анкетирование, опросы.</w:t>
      </w:r>
      <w:r w:rsidRPr="006007A5">
        <w:rPr>
          <w:sz w:val="28"/>
          <w:szCs w:val="28"/>
          <w:lang w:val="ru-RU"/>
        </w:rPr>
        <w:br/>
        <w:t>• Творческий отчет  перед учителями, учащимися, родителями.</w:t>
      </w:r>
      <w:r w:rsidRPr="006007A5">
        <w:rPr>
          <w:sz w:val="28"/>
          <w:szCs w:val="28"/>
          <w:lang w:val="ru-RU"/>
        </w:rPr>
        <w:br/>
        <w:t>• Фотовыставки, аудио- и видеозаписи.</w:t>
      </w:r>
      <w:r w:rsidRPr="006007A5">
        <w:rPr>
          <w:sz w:val="28"/>
          <w:szCs w:val="28"/>
          <w:lang w:val="ru-RU"/>
        </w:rPr>
        <w:br/>
        <w:t>• Обобщение опыта работы</w:t>
      </w:r>
      <w:proofErr w:type="gramStart"/>
      <w:r w:rsidRPr="006007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.</w:t>
      </w:r>
      <w:proofErr w:type="gramEnd"/>
      <w:r w:rsidRPr="006007A5">
        <w:rPr>
          <w:sz w:val="28"/>
          <w:szCs w:val="28"/>
          <w:lang w:val="ru-RU"/>
        </w:rPr>
        <w:br/>
        <w:t>• Постоянная рефлексия деятельности.</w:t>
      </w:r>
    </w:p>
    <w:p w:rsidR="006007A5" w:rsidRPr="006007A5" w:rsidRDefault="006007A5" w:rsidP="006007A5">
      <w:pPr>
        <w:jc w:val="center"/>
        <w:rPr>
          <w:b/>
          <w:sz w:val="28"/>
          <w:szCs w:val="28"/>
          <w:lang w:val="ru-RU"/>
        </w:rPr>
      </w:pPr>
    </w:p>
    <w:p w:rsidR="000D11D1" w:rsidRPr="00B628AD" w:rsidRDefault="000D11D1" w:rsidP="000D11D1">
      <w:pPr>
        <w:rPr>
          <w:rFonts w:ascii="Times New Roman" w:eastAsiaTheme="minorHAnsi" w:hAnsi="Times New Roman"/>
          <w:sz w:val="20"/>
          <w:szCs w:val="20"/>
          <w:lang w:val="ru-RU"/>
        </w:rPr>
      </w:pPr>
      <w:r w:rsidRPr="00B628AD">
        <w:rPr>
          <w:rFonts w:ascii="Times New Roman" w:hAnsi="Times New Roman"/>
          <w:sz w:val="20"/>
          <w:szCs w:val="20"/>
          <w:lang w:val="ru-RU"/>
        </w:rPr>
        <w:t>Согласовано.</w:t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                                              Согласовано.                        </w:t>
      </w:r>
    </w:p>
    <w:p w:rsidR="000D11D1" w:rsidRPr="00B628AD" w:rsidRDefault="000D11D1" w:rsidP="000D11D1">
      <w:pPr>
        <w:rPr>
          <w:rFonts w:ascii="Times New Roman" w:hAnsi="Times New Roman"/>
          <w:sz w:val="20"/>
          <w:szCs w:val="20"/>
          <w:lang w:val="ru-RU"/>
        </w:rPr>
      </w:pPr>
      <w:r w:rsidRPr="00B628AD">
        <w:rPr>
          <w:rFonts w:ascii="Times New Roman" w:hAnsi="Times New Roman"/>
          <w:sz w:val="20"/>
          <w:szCs w:val="20"/>
          <w:lang w:val="ru-RU"/>
        </w:rPr>
        <w:t>Протокол методического совета № 1</w:t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     Заместитель  директора по УВР     </w:t>
      </w:r>
    </w:p>
    <w:p w:rsidR="000D11D1" w:rsidRDefault="000D11D1" w:rsidP="000D11D1">
      <w:pPr>
        <w:rPr>
          <w:rFonts w:ascii="Times New Roman" w:hAnsi="Times New Roman"/>
          <w:sz w:val="20"/>
          <w:szCs w:val="20"/>
          <w:u w:val="single"/>
          <w:lang w:val="ru-RU"/>
        </w:rPr>
      </w:pPr>
      <w:r w:rsidRPr="00B628AD">
        <w:rPr>
          <w:rFonts w:ascii="Times New Roman" w:hAnsi="Times New Roman"/>
          <w:sz w:val="20"/>
          <w:szCs w:val="20"/>
          <w:lang w:val="ru-RU"/>
        </w:rPr>
        <w:t xml:space="preserve">МБОУ </w:t>
      </w:r>
      <w:proofErr w:type="spellStart"/>
      <w:r w:rsidRPr="00B628AD">
        <w:rPr>
          <w:rFonts w:ascii="Times New Roman" w:hAnsi="Times New Roman"/>
          <w:sz w:val="20"/>
          <w:szCs w:val="20"/>
          <w:lang w:val="ru-RU"/>
        </w:rPr>
        <w:t>Паршиковской</w:t>
      </w:r>
      <w:proofErr w:type="spellEnd"/>
      <w:r w:rsidRPr="00B628AD">
        <w:rPr>
          <w:rFonts w:ascii="Times New Roman" w:hAnsi="Times New Roman"/>
          <w:sz w:val="20"/>
          <w:szCs w:val="20"/>
          <w:lang w:val="ru-RU"/>
        </w:rPr>
        <w:t xml:space="preserve"> СОШ</w:t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</w:t>
      </w: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>_________</w:t>
      </w:r>
      <w:proofErr w:type="spellStart"/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>Л.</w:t>
      </w:r>
      <w:r w:rsidR="00EA79CA">
        <w:rPr>
          <w:rFonts w:ascii="Times New Roman" w:hAnsi="Times New Roman"/>
          <w:sz w:val="20"/>
          <w:szCs w:val="20"/>
          <w:u w:val="single"/>
          <w:lang w:val="ru-RU"/>
        </w:rPr>
        <w:t>В</w:t>
      </w:r>
      <w:proofErr w:type="gramStart"/>
      <w:r w:rsidR="00EA79CA">
        <w:rPr>
          <w:rFonts w:ascii="Times New Roman" w:hAnsi="Times New Roman"/>
          <w:sz w:val="20"/>
          <w:szCs w:val="20"/>
          <w:u w:val="single"/>
          <w:lang w:val="ru-RU"/>
        </w:rPr>
        <w:t>,Б</w:t>
      </w:r>
      <w:proofErr w:type="gramEnd"/>
      <w:r w:rsidR="00EA79CA">
        <w:rPr>
          <w:rFonts w:ascii="Times New Roman" w:hAnsi="Times New Roman"/>
          <w:sz w:val="20"/>
          <w:szCs w:val="20"/>
          <w:u w:val="single"/>
          <w:lang w:val="ru-RU"/>
        </w:rPr>
        <w:t>атако</w:t>
      </w: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>ва</w:t>
      </w:r>
      <w:proofErr w:type="spellEnd"/>
    </w:p>
    <w:p w:rsidR="000D11D1" w:rsidRPr="00B628AD" w:rsidRDefault="000D11D1" w:rsidP="000D11D1">
      <w:pPr>
        <w:rPr>
          <w:rFonts w:ascii="Times New Roman" w:hAnsi="Times New Roman"/>
          <w:sz w:val="20"/>
          <w:szCs w:val="20"/>
          <w:u w:val="single"/>
          <w:lang w:val="ru-RU"/>
        </w:rPr>
      </w:pP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 xml:space="preserve">от « </w:t>
      </w:r>
      <w:r w:rsidR="00EA79CA">
        <w:rPr>
          <w:rFonts w:ascii="Times New Roman" w:hAnsi="Times New Roman"/>
          <w:sz w:val="20"/>
          <w:szCs w:val="20"/>
          <w:u w:val="single"/>
          <w:lang w:val="ru-RU"/>
        </w:rPr>
        <w:t>28</w:t>
      </w: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 xml:space="preserve">  »  августа 202</w:t>
      </w:r>
      <w:r w:rsidR="00EA79CA">
        <w:rPr>
          <w:rFonts w:ascii="Times New Roman" w:hAnsi="Times New Roman"/>
          <w:sz w:val="20"/>
          <w:szCs w:val="20"/>
          <w:u w:val="single"/>
          <w:lang w:val="ru-RU"/>
        </w:rPr>
        <w:t>6</w:t>
      </w: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 xml:space="preserve"> г.    </w:t>
      </w:r>
      <w:r w:rsidRPr="00B628AD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Pr="00B628AD">
        <w:rPr>
          <w:rFonts w:ascii="Times New Roman" w:hAnsi="Times New Roman"/>
          <w:sz w:val="20"/>
          <w:szCs w:val="20"/>
          <w:lang w:val="ru-RU"/>
        </w:rPr>
        <w:t xml:space="preserve"> Л. </w:t>
      </w:r>
      <w:r w:rsidR="00EA79CA">
        <w:rPr>
          <w:rFonts w:ascii="Times New Roman" w:hAnsi="Times New Roman"/>
          <w:sz w:val="20"/>
          <w:szCs w:val="20"/>
          <w:lang w:val="ru-RU"/>
        </w:rPr>
        <w:t>В</w:t>
      </w:r>
      <w:r w:rsidRPr="00B628AD">
        <w:rPr>
          <w:rFonts w:ascii="Times New Roman" w:hAnsi="Times New Roman"/>
          <w:sz w:val="20"/>
          <w:szCs w:val="20"/>
          <w:lang w:val="ru-RU"/>
        </w:rPr>
        <w:t xml:space="preserve">. </w:t>
      </w:r>
      <w:proofErr w:type="spellStart"/>
      <w:r w:rsidR="00EA79CA">
        <w:rPr>
          <w:rFonts w:ascii="Times New Roman" w:hAnsi="Times New Roman"/>
          <w:sz w:val="20"/>
          <w:szCs w:val="20"/>
          <w:lang w:val="ru-RU"/>
        </w:rPr>
        <w:t>Батакова</w:t>
      </w:r>
      <w:proofErr w:type="spellEnd"/>
      <w:r w:rsidRPr="00B628A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от « </w:t>
      </w:r>
      <w:r w:rsidR="00EA79CA">
        <w:rPr>
          <w:rFonts w:ascii="Times New Roman" w:hAnsi="Times New Roman"/>
          <w:sz w:val="20"/>
          <w:szCs w:val="20"/>
          <w:lang w:val="ru-RU"/>
        </w:rPr>
        <w:t>28</w:t>
      </w:r>
      <w:r w:rsidRPr="00B628AD">
        <w:rPr>
          <w:rFonts w:ascii="Times New Roman" w:hAnsi="Times New Roman"/>
          <w:sz w:val="20"/>
          <w:szCs w:val="20"/>
          <w:lang w:val="ru-RU"/>
        </w:rPr>
        <w:t xml:space="preserve">  » августа 202</w:t>
      </w:r>
      <w:r w:rsidR="00EA79CA">
        <w:rPr>
          <w:rFonts w:ascii="Times New Roman" w:hAnsi="Times New Roman"/>
          <w:sz w:val="20"/>
          <w:szCs w:val="20"/>
          <w:lang w:val="ru-RU"/>
        </w:rPr>
        <w:t>6</w:t>
      </w:r>
      <w:r w:rsidRPr="00B628AD">
        <w:rPr>
          <w:rFonts w:ascii="Times New Roman" w:hAnsi="Times New Roman"/>
          <w:sz w:val="20"/>
          <w:szCs w:val="20"/>
          <w:lang w:val="ru-RU"/>
        </w:rPr>
        <w:t xml:space="preserve"> г.        </w:t>
      </w:r>
      <w:r w:rsidRPr="00B628AD">
        <w:rPr>
          <w:rFonts w:ascii="Times New Roman" w:eastAsia="Calibri" w:hAnsi="Times New Roman"/>
          <w:b/>
          <w:color w:val="000000"/>
          <w:lang w:val="ru-RU"/>
        </w:rPr>
        <w:t xml:space="preserve">                     </w:t>
      </w:r>
      <w:r w:rsidRPr="00B628AD">
        <w:rPr>
          <w:rFonts w:ascii="Times New Roman" w:eastAsia="Times New Roman" w:hAnsi="Times New Roman"/>
          <w:color w:val="000000"/>
          <w:lang w:val="ru-RU" w:eastAsia="ru-RU"/>
        </w:rPr>
        <w:br/>
      </w:r>
    </w:p>
    <w:p w:rsidR="000D11D1" w:rsidRPr="00B628AD" w:rsidRDefault="000D11D1" w:rsidP="000D11D1">
      <w:pPr>
        <w:autoSpaceDE w:val="0"/>
        <w:autoSpaceDN w:val="0"/>
        <w:spacing w:after="0" w:line="379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BA719B" w:rsidRPr="000609E5" w:rsidRDefault="00BA719B" w:rsidP="006007A5">
      <w:pPr>
        <w:spacing w:line="240" w:lineRule="auto"/>
        <w:ind w:firstLine="709"/>
        <w:jc w:val="both"/>
        <w:rPr>
          <w:lang w:val="ru-RU"/>
        </w:rPr>
      </w:pPr>
    </w:p>
    <w:sectPr w:rsidR="00BA719B" w:rsidRPr="000609E5" w:rsidSect="006007A5">
      <w:pgSz w:w="11900" w:h="16840"/>
      <w:pgMar w:top="298" w:right="868" w:bottom="1440" w:left="738" w:header="720" w:footer="720" w:gutter="0"/>
      <w:cols w:space="720" w:equalWidth="0">
        <w:col w:w="1029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A864C9"/>
    <w:multiLevelType w:val="hybridMultilevel"/>
    <w:tmpl w:val="641E3956"/>
    <w:lvl w:ilvl="0" w:tplc="041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0">
    <w:nsid w:val="12C832D6"/>
    <w:multiLevelType w:val="hybridMultilevel"/>
    <w:tmpl w:val="1416F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10DF7"/>
    <w:multiLevelType w:val="hybridMultilevel"/>
    <w:tmpl w:val="1AAA4686"/>
    <w:lvl w:ilvl="0" w:tplc="D95AD15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>
    <w:nsid w:val="21836659"/>
    <w:multiLevelType w:val="hybridMultilevel"/>
    <w:tmpl w:val="6E6EF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BD4A9C"/>
    <w:multiLevelType w:val="hybridMultilevel"/>
    <w:tmpl w:val="044AD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893971"/>
    <w:multiLevelType w:val="hybridMultilevel"/>
    <w:tmpl w:val="EC82F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2B3C02"/>
    <w:multiLevelType w:val="multilevel"/>
    <w:tmpl w:val="BA70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7977F6"/>
    <w:multiLevelType w:val="hybridMultilevel"/>
    <w:tmpl w:val="B8C01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074196"/>
    <w:multiLevelType w:val="hybridMultilevel"/>
    <w:tmpl w:val="B2FC07D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8F6675"/>
    <w:multiLevelType w:val="hybridMultilevel"/>
    <w:tmpl w:val="B53E7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077C58"/>
    <w:multiLevelType w:val="hybridMultilevel"/>
    <w:tmpl w:val="1D6E60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42C1773"/>
    <w:multiLevelType w:val="hybridMultilevel"/>
    <w:tmpl w:val="9118E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35BD8"/>
    <w:multiLevelType w:val="hybridMultilevel"/>
    <w:tmpl w:val="79F661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837532"/>
    <w:multiLevelType w:val="hybridMultilevel"/>
    <w:tmpl w:val="AADADE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7B7FAD"/>
    <w:multiLevelType w:val="multilevel"/>
    <w:tmpl w:val="0E368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2"/>
      <w:numFmt w:val="decimal"/>
      <w:lvlText w:val="%2"/>
      <w:lvlJc w:val="left"/>
      <w:pPr>
        <w:ind w:left="1440" w:hanging="360"/>
      </w:pPr>
      <w:rPr>
        <w:i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9704E8"/>
    <w:multiLevelType w:val="hybridMultilevel"/>
    <w:tmpl w:val="EAAA06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33F65A7"/>
    <w:multiLevelType w:val="hybridMultilevel"/>
    <w:tmpl w:val="FD16C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01A77"/>
    <w:multiLevelType w:val="hybridMultilevel"/>
    <w:tmpl w:val="E660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8796EC3"/>
    <w:multiLevelType w:val="hybridMultilevel"/>
    <w:tmpl w:val="6502809E"/>
    <w:lvl w:ilvl="0" w:tplc="041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28">
    <w:nsid w:val="65007EF1"/>
    <w:multiLevelType w:val="hybridMultilevel"/>
    <w:tmpl w:val="703AEE1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E65A45"/>
    <w:multiLevelType w:val="hybridMultilevel"/>
    <w:tmpl w:val="1416F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7541B"/>
    <w:multiLevelType w:val="hybridMultilevel"/>
    <w:tmpl w:val="91969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EFE4D60"/>
    <w:multiLevelType w:val="hybridMultilevel"/>
    <w:tmpl w:val="F0127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AF74CA"/>
    <w:multiLevelType w:val="hybridMultilevel"/>
    <w:tmpl w:val="95AA2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CF1402"/>
    <w:multiLevelType w:val="hybridMultilevel"/>
    <w:tmpl w:val="1CD80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186E44">
      <w:numFmt w:val="bullet"/>
      <w:lvlText w:val="•"/>
      <w:lvlJc w:val="left"/>
      <w:pPr>
        <w:ind w:left="1740" w:hanging="660"/>
      </w:pPr>
      <w:rPr>
        <w:rFonts w:ascii="Times New Roman" w:eastAsia="Times New Roman" w:hAnsi="Times New Roman" w:cs="Times New Roman" w:hint="default"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4149F"/>
    <w:multiLevelType w:val="hybridMultilevel"/>
    <w:tmpl w:val="CEAE94C8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5">
    <w:nsid w:val="7DA27C9D"/>
    <w:multiLevelType w:val="hybridMultilevel"/>
    <w:tmpl w:val="C5D640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FBB02E5"/>
    <w:multiLevelType w:val="hybridMultilevel"/>
    <w:tmpl w:val="90BAA2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5"/>
  </w:num>
  <w:num w:numId="16">
    <w:abstractNumId w:val="27"/>
  </w:num>
  <w:num w:numId="17">
    <w:abstractNumId w:val="34"/>
  </w:num>
  <w:num w:numId="18">
    <w:abstractNumId w:val="12"/>
  </w:num>
  <w:num w:numId="19">
    <w:abstractNumId w:val="19"/>
  </w:num>
  <w:num w:numId="20">
    <w:abstractNumId w:val="26"/>
  </w:num>
  <w:num w:numId="21">
    <w:abstractNumId w:val="20"/>
  </w:num>
  <w:num w:numId="22">
    <w:abstractNumId w:val="18"/>
  </w:num>
  <w:num w:numId="23">
    <w:abstractNumId w:val="32"/>
  </w:num>
  <w:num w:numId="24">
    <w:abstractNumId w:val="22"/>
  </w:num>
  <w:num w:numId="25">
    <w:abstractNumId w:val="21"/>
  </w:num>
  <w:num w:numId="26">
    <w:abstractNumId w:val="24"/>
  </w:num>
  <w:num w:numId="27">
    <w:abstractNumId w:val="10"/>
  </w:num>
  <w:num w:numId="28">
    <w:abstractNumId w:val="29"/>
  </w:num>
  <w:num w:numId="29">
    <w:abstractNumId w:val="33"/>
  </w:num>
  <w:num w:numId="30">
    <w:abstractNumId w:val="11"/>
  </w:num>
  <w:num w:numId="31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31"/>
  </w:num>
  <w:num w:numId="34">
    <w:abstractNumId w:val="9"/>
  </w:num>
  <w:num w:numId="35">
    <w:abstractNumId w:val="25"/>
  </w:num>
  <w:num w:numId="36">
    <w:abstractNumId w:val="16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00B8B"/>
    <w:rsid w:val="00034616"/>
    <w:rsid w:val="00040017"/>
    <w:rsid w:val="0006063C"/>
    <w:rsid w:val="000609E5"/>
    <w:rsid w:val="000D11D1"/>
    <w:rsid w:val="000F103F"/>
    <w:rsid w:val="00111C6F"/>
    <w:rsid w:val="00144E59"/>
    <w:rsid w:val="0015074B"/>
    <w:rsid w:val="00161DD7"/>
    <w:rsid w:val="00166CCD"/>
    <w:rsid w:val="00175560"/>
    <w:rsid w:val="0017627A"/>
    <w:rsid w:val="001A11C4"/>
    <w:rsid w:val="001D6B7C"/>
    <w:rsid w:val="001F0217"/>
    <w:rsid w:val="001F4715"/>
    <w:rsid w:val="00224DAE"/>
    <w:rsid w:val="00237DE1"/>
    <w:rsid w:val="00245699"/>
    <w:rsid w:val="00295B63"/>
    <w:rsid w:val="0029639D"/>
    <w:rsid w:val="002C2F2C"/>
    <w:rsid w:val="00326F90"/>
    <w:rsid w:val="003370D1"/>
    <w:rsid w:val="00374A7A"/>
    <w:rsid w:val="003B6A56"/>
    <w:rsid w:val="003F6FB5"/>
    <w:rsid w:val="004706F5"/>
    <w:rsid w:val="00474CBB"/>
    <w:rsid w:val="004D1E73"/>
    <w:rsid w:val="004D3817"/>
    <w:rsid w:val="004E0F59"/>
    <w:rsid w:val="004E7708"/>
    <w:rsid w:val="005544C1"/>
    <w:rsid w:val="00572851"/>
    <w:rsid w:val="005B47F6"/>
    <w:rsid w:val="006007A5"/>
    <w:rsid w:val="00661F0F"/>
    <w:rsid w:val="00675EC3"/>
    <w:rsid w:val="00687DA2"/>
    <w:rsid w:val="006E52E3"/>
    <w:rsid w:val="007034D2"/>
    <w:rsid w:val="007349B1"/>
    <w:rsid w:val="00745B32"/>
    <w:rsid w:val="00750171"/>
    <w:rsid w:val="0079705F"/>
    <w:rsid w:val="007C4B56"/>
    <w:rsid w:val="007D4277"/>
    <w:rsid w:val="00817085"/>
    <w:rsid w:val="008324AF"/>
    <w:rsid w:val="00862C34"/>
    <w:rsid w:val="00876C56"/>
    <w:rsid w:val="0090501E"/>
    <w:rsid w:val="00921295"/>
    <w:rsid w:val="009249C1"/>
    <w:rsid w:val="009250D7"/>
    <w:rsid w:val="009327BD"/>
    <w:rsid w:val="009D1C34"/>
    <w:rsid w:val="009F5C5C"/>
    <w:rsid w:val="00A66AA5"/>
    <w:rsid w:val="00A8655E"/>
    <w:rsid w:val="00AA1D8D"/>
    <w:rsid w:val="00AB0438"/>
    <w:rsid w:val="00B06815"/>
    <w:rsid w:val="00B31F49"/>
    <w:rsid w:val="00B47730"/>
    <w:rsid w:val="00B628AD"/>
    <w:rsid w:val="00B962D2"/>
    <w:rsid w:val="00BA719B"/>
    <w:rsid w:val="00C16972"/>
    <w:rsid w:val="00C739BE"/>
    <w:rsid w:val="00CB0664"/>
    <w:rsid w:val="00CE1F77"/>
    <w:rsid w:val="00DD6BEF"/>
    <w:rsid w:val="00E55748"/>
    <w:rsid w:val="00EA3242"/>
    <w:rsid w:val="00EA7746"/>
    <w:rsid w:val="00EA79CA"/>
    <w:rsid w:val="00EB221A"/>
    <w:rsid w:val="00EE78F4"/>
    <w:rsid w:val="00F426B5"/>
    <w:rsid w:val="00F44138"/>
    <w:rsid w:val="00F81E73"/>
    <w:rsid w:val="00FB4C95"/>
    <w:rsid w:val="00FC693F"/>
    <w:rsid w:val="00FC7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FC693F"/>
    <w:pPr>
      <w:ind w:left="720"/>
      <w:contextualSpacing/>
    </w:pPr>
  </w:style>
  <w:style w:type="paragraph" w:styleId="af1">
    <w:name w:val="Body Text"/>
    <w:basedOn w:val="a1"/>
    <w:link w:val="af2"/>
    <w:uiPriority w:val="99"/>
    <w:unhideWhenUsed/>
    <w:rsid w:val="00AA1D8D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3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4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2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semiHidden/>
    <w:unhideWhenUsed/>
    <w:rsid w:val="00245699"/>
    <w:rPr>
      <w:color w:val="0000FF" w:themeColor="hyperlink"/>
      <w:u w:val="single"/>
    </w:rPr>
  </w:style>
  <w:style w:type="paragraph" w:styleId="affb">
    <w:name w:val="Normal (Web)"/>
    <w:basedOn w:val="a1"/>
    <w:uiPriority w:val="99"/>
    <w:unhideWhenUsed/>
    <w:rsid w:val="00B62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2"/>
    <w:rsid w:val="006007A5"/>
    <w:rPr>
      <w:rFonts w:cs="Times New Roman"/>
    </w:rPr>
  </w:style>
  <w:style w:type="paragraph" w:customStyle="1" w:styleId="c19">
    <w:name w:val="c19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2"/>
    <w:rsid w:val="006007A5"/>
  </w:style>
  <w:style w:type="character" w:customStyle="1" w:styleId="c1">
    <w:name w:val="c1"/>
    <w:basedOn w:val="a2"/>
    <w:rsid w:val="006007A5"/>
  </w:style>
  <w:style w:type="paragraph" w:customStyle="1" w:styleId="Default">
    <w:name w:val="Default"/>
    <w:rsid w:val="006007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f0">
    <w:name w:val="Абзац списка Знак"/>
    <w:link w:val="af"/>
    <w:uiPriority w:val="99"/>
    <w:locked/>
    <w:rsid w:val="006007A5"/>
  </w:style>
  <w:style w:type="paragraph" w:customStyle="1" w:styleId="c18">
    <w:name w:val="c18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85">
    <w:name w:val="c85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63">
    <w:name w:val="c63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">
    <w:name w:val="c6"/>
    <w:basedOn w:val="a2"/>
    <w:rsid w:val="006007A5"/>
  </w:style>
  <w:style w:type="paragraph" w:customStyle="1" w:styleId="c7">
    <w:name w:val="c7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">
    <w:name w:val="c2"/>
    <w:basedOn w:val="a1"/>
    <w:rsid w:val="006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Без интервала Знак"/>
    <w:link w:val="a9"/>
    <w:uiPriority w:val="1"/>
    <w:locked/>
    <w:rsid w:val="006007A5"/>
  </w:style>
  <w:style w:type="paragraph" w:styleId="affc">
    <w:name w:val="Balloon Text"/>
    <w:basedOn w:val="a1"/>
    <w:link w:val="affd"/>
    <w:uiPriority w:val="99"/>
    <w:semiHidden/>
    <w:unhideWhenUsed/>
    <w:rsid w:val="00832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8324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imparsh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FACC86-551F-4C76-8F9E-66D013AC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30</Pages>
  <Words>7158</Words>
  <Characters>40807</Characters>
  <Application>Microsoft Office Word</Application>
  <DocSecurity>0</DocSecurity>
  <Lines>340</Lines>
  <Paragraphs>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47870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67</cp:revision>
  <cp:lastPrinted>2026-09-07T08:40:00Z</cp:lastPrinted>
  <dcterms:created xsi:type="dcterms:W3CDTF">2013-12-23T23:15:00Z</dcterms:created>
  <dcterms:modified xsi:type="dcterms:W3CDTF">2026-09-08T13:57:00Z</dcterms:modified>
  <cp:category/>
</cp:coreProperties>
</file>